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800"/>
        <w:gridCol w:w="9936"/>
      </w:tblGrid>
      <w:tr w:rsidR="00612A37" w14:paraId="66B2DBE7" w14:textId="77777777">
        <w:trPr>
          <w:jc w:val="center"/>
        </w:trPr>
        <w:tc>
          <w:tcPr>
            <w:tcW w:w="1800" w:type="dxa"/>
            <w:tcBorders>
              <w:bottom w:val="single" w:sz="18" w:space="0" w:color="E87524"/>
            </w:tcBorders>
            <w:tcMar>
              <w:top w:w="0" w:type="dxa"/>
              <w:left w:w="0" w:type="dxa"/>
              <w:bottom w:w="70" w:type="dxa"/>
              <w:right w:w="0" w:type="dxa"/>
            </w:tcMar>
          </w:tcPr>
          <w:p w14:paraId="3BE9110C" w14:textId="77777777" w:rsidR="00612A37" w:rsidRDefault="002E4E72">
            <w:r>
              <w:rPr>
                <w:noProof/>
              </w:rPr>
              <w:drawing>
                <wp:inline distT="0" distB="0" distL="0" distR="0" wp14:anchorId="7EC33D5E" wp14:editId="23163F5A">
                  <wp:extent cx="64008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640080" cy="640080"/>
                          </a:xfrm>
                          <a:prstGeom prst="rect">
                            <a:avLst/>
                          </a:prstGeom>
                        </pic:spPr>
                      </pic:pic>
                    </a:graphicData>
                  </a:graphic>
                </wp:inline>
              </w:drawing>
            </w:r>
          </w:p>
        </w:tc>
        <w:tc>
          <w:tcPr>
            <w:tcW w:w="9936" w:type="dxa"/>
            <w:tcBorders>
              <w:bottom w:val="single" w:sz="18" w:space="0" w:color="E87524"/>
            </w:tcBorders>
            <w:tcMar>
              <w:top w:w="0" w:type="dxa"/>
              <w:left w:w="0" w:type="dxa"/>
              <w:bottom w:w="70" w:type="dxa"/>
              <w:right w:w="0" w:type="dxa"/>
            </w:tcMar>
          </w:tcPr>
          <w:p w14:paraId="773FD3F2" w14:textId="77777777" w:rsidR="00612A37" w:rsidRDefault="002E4E72">
            <w:pPr>
              <w:jc w:val="right"/>
            </w:pPr>
            <w:r>
              <w:rPr>
                <w:rFonts w:ascii="Aptos Display" w:hAnsi="Aptos Display"/>
                <w:b/>
                <w:color w:val="17365D"/>
                <w:sz w:val="36"/>
              </w:rPr>
              <w:t>LANGSTON UNIVERSITY</w:t>
            </w:r>
            <w:r>
              <w:rPr>
                <w:b/>
                <w:color w:val="E87524"/>
                <w:sz w:val="22"/>
              </w:rPr>
              <w:br/>
              <w:t>SERVICE CONTRACT</w:t>
            </w:r>
          </w:p>
        </w:tc>
      </w:tr>
    </w:tbl>
    <w:p w14:paraId="76AB29D2" w14:textId="77777777" w:rsidR="00612A37" w:rsidRDefault="002E4E72">
      <w:pPr>
        <w:shd w:val="clear" w:color="auto" w:fill="17365D"/>
        <w:spacing w:before="100" w:after="100"/>
      </w:pPr>
      <w:r>
        <w:rPr>
          <w:b/>
          <w:color w:val="FFFFFF"/>
          <w:sz w:val="18"/>
        </w:rPr>
        <w:t>AGREEMENT INFORMATION</w:t>
      </w:r>
    </w:p>
    <w:tbl>
      <w:tblPr>
        <w:tblW w:w="0" w:type="auto"/>
        <w:jc w:val="center"/>
        <w:tblLayout w:type="fixed"/>
        <w:tblLook w:val="04A0" w:firstRow="1" w:lastRow="0" w:firstColumn="1" w:lastColumn="0" w:noHBand="0" w:noVBand="1"/>
      </w:tblPr>
      <w:tblGrid>
        <w:gridCol w:w="1728"/>
        <w:gridCol w:w="3456"/>
        <w:gridCol w:w="2088"/>
        <w:gridCol w:w="4464"/>
      </w:tblGrid>
      <w:tr w:rsidR="00612A37" w14:paraId="0E0E9F4E" w14:textId="77777777">
        <w:trPr>
          <w:jc w:val="center"/>
        </w:trPr>
        <w:tc>
          <w:tcPr>
            <w:tcW w:w="1728" w:type="dxa"/>
            <w:tcBorders>
              <w:bottom w:val="single" w:sz="8" w:space="0" w:color="9AA7B8"/>
            </w:tcBorders>
            <w:shd w:val="clear" w:color="auto" w:fill="E8EEF7"/>
            <w:tcMar>
              <w:top w:w="90" w:type="dxa"/>
              <w:left w:w="110" w:type="dxa"/>
              <w:bottom w:w="90" w:type="dxa"/>
              <w:right w:w="110" w:type="dxa"/>
            </w:tcMar>
            <w:vAlign w:val="center"/>
          </w:tcPr>
          <w:p w14:paraId="1F7055A0" w14:textId="77777777" w:rsidR="00612A37" w:rsidRDefault="002E4E72">
            <w:pPr>
              <w:spacing w:line="240" w:lineRule="auto"/>
            </w:pPr>
            <w:r>
              <w:rPr>
                <w:b/>
                <w:color w:val="17365D"/>
                <w:sz w:val="18"/>
              </w:rPr>
              <w:t>Agreement Date</w:t>
            </w:r>
          </w:p>
        </w:tc>
        <w:tc>
          <w:tcPr>
            <w:tcW w:w="3456" w:type="dxa"/>
            <w:tcBorders>
              <w:bottom w:val="single" w:sz="8" w:space="0" w:color="9AA7B8"/>
            </w:tcBorders>
            <w:shd w:val="clear" w:color="auto" w:fill="F7F9FC"/>
            <w:tcMar>
              <w:top w:w="90" w:type="dxa"/>
              <w:left w:w="110" w:type="dxa"/>
              <w:bottom w:w="90" w:type="dxa"/>
              <w:right w:w="110" w:type="dxa"/>
            </w:tcMar>
            <w:vAlign w:val="center"/>
          </w:tcPr>
          <w:p w14:paraId="3391AA2D" w14:textId="77777777" w:rsidR="00612A37" w:rsidRDefault="002E4E72">
            <w:sdt>
              <w:sdtPr>
                <w:alias w:val="Agreement Date"/>
                <w:tag w:val="AgreementDate"/>
                <w:id w:val="1001"/>
                <w:showingPlcHdr/>
                <w:date>
                  <w:dateFormat w:val="MM/dd/yyyy"/>
                  <w:lid w:val="en-US"/>
                  <w:storeMappedDataAs w:val="dateTime"/>
                  <w:calendar w:val="gregorian"/>
                </w:date>
              </w:sdtPr>
              <w:sdtEndPr/>
              <w:sdtContent>
                <w:r>
                  <w:rPr>
                    <w:i/>
                    <w:color w:val="6B7280"/>
                  </w:rPr>
                  <w:t>Select date</w:t>
                </w:r>
              </w:sdtContent>
            </w:sdt>
          </w:p>
        </w:tc>
        <w:tc>
          <w:tcPr>
            <w:tcW w:w="2088" w:type="dxa"/>
            <w:tcBorders>
              <w:bottom w:val="single" w:sz="8" w:space="0" w:color="9AA7B8"/>
            </w:tcBorders>
            <w:shd w:val="clear" w:color="auto" w:fill="E8EEF7"/>
            <w:tcMar>
              <w:top w:w="90" w:type="dxa"/>
              <w:left w:w="110" w:type="dxa"/>
              <w:bottom w:w="90" w:type="dxa"/>
              <w:right w:w="110" w:type="dxa"/>
            </w:tcMar>
            <w:vAlign w:val="center"/>
          </w:tcPr>
          <w:p w14:paraId="763A4C06" w14:textId="77777777" w:rsidR="00612A37" w:rsidRDefault="002E4E72">
            <w:pPr>
              <w:spacing w:line="240" w:lineRule="auto"/>
            </w:pPr>
            <w:r>
              <w:rPr>
                <w:b/>
                <w:color w:val="17365D"/>
                <w:sz w:val="18"/>
              </w:rPr>
              <w:t>Vendor / Contractor</w:t>
            </w:r>
          </w:p>
        </w:tc>
        <w:tc>
          <w:tcPr>
            <w:tcW w:w="4464" w:type="dxa"/>
            <w:tcBorders>
              <w:bottom w:val="single" w:sz="8" w:space="0" w:color="9AA7B8"/>
            </w:tcBorders>
            <w:shd w:val="clear" w:color="auto" w:fill="F7F9FC"/>
            <w:tcMar>
              <w:top w:w="90" w:type="dxa"/>
              <w:left w:w="110" w:type="dxa"/>
              <w:bottom w:w="90" w:type="dxa"/>
              <w:right w:w="110" w:type="dxa"/>
            </w:tcMar>
            <w:vAlign w:val="center"/>
          </w:tcPr>
          <w:p w14:paraId="35836D8E" w14:textId="77777777" w:rsidR="00612A37" w:rsidRDefault="002E4E72">
            <w:pPr>
              <w:spacing w:line="240" w:lineRule="auto"/>
            </w:pPr>
            <w:r>
              <w:rPr>
                <w:i/>
                <w:color w:val="667085"/>
                <w:sz w:val="18"/>
              </w:rPr>
              <w:t>Enter legal vendor name</w:t>
            </w:r>
          </w:p>
        </w:tc>
      </w:tr>
    </w:tbl>
    <w:p w14:paraId="62022815" w14:textId="77777777" w:rsidR="00612A37" w:rsidRDefault="00612A37">
      <w:pPr>
        <w:spacing w:after="20"/>
      </w:pPr>
    </w:p>
    <w:p w14:paraId="07C8A90A" w14:textId="77777777" w:rsidR="00612A37" w:rsidRDefault="002E4E72">
      <w:pPr>
        <w:spacing w:after="100" w:line="252" w:lineRule="auto"/>
      </w:pPr>
      <w:r>
        <w:rPr>
          <w:color w:val="344054"/>
          <w:sz w:val="19"/>
        </w:rPr>
        <w:t>This Service Contract is entered into by and between Langston University (the “Agency”) and the Vendor identified above (the “Vendor”). The Vendor agrees to provide the services described below in accordance with the terms of this agreement.</w:t>
      </w:r>
    </w:p>
    <w:p w14:paraId="38099E54" w14:textId="77777777" w:rsidR="00612A37" w:rsidRDefault="002E4E72">
      <w:pPr>
        <w:spacing w:after="60"/>
      </w:pPr>
      <w:r>
        <w:rPr>
          <w:b/>
          <w:color w:val="17365D"/>
          <w:sz w:val="18"/>
        </w:rPr>
        <w:t>SCOPE OF SERVICES</w:t>
      </w:r>
    </w:p>
    <w:tbl>
      <w:tblPr>
        <w:tblW w:w="0" w:type="auto"/>
        <w:jc w:val="center"/>
        <w:tblLayout w:type="fixed"/>
        <w:tblLook w:val="04A0" w:firstRow="1" w:lastRow="0" w:firstColumn="1" w:lastColumn="0" w:noHBand="0" w:noVBand="1"/>
      </w:tblPr>
      <w:tblGrid>
        <w:gridCol w:w="11664"/>
      </w:tblGrid>
      <w:tr w:rsidR="00612A37" w14:paraId="42220829" w14:textId="77777777">
        <w:trPr>
          <w:jc w:val="center"/>
        </w:trPr>
        <w:tc>
          <w:tcPr>
            <w:tcW w:w="11664" w:type="dxa"/>
            <w:tcBorders>
              <w:top w:val="single" w:sz="8" w:space="0" w:color="AAB4C3"/>
              <w:left w:val="single" w:sz="8" w:space="0" w:color="AAB4C3"/>
              <w:bottom w:val="single" w:sz="8" w:space="0" w:color="AAB4C3"/>
              <w:right w:val="single" w:sz="8" w:space="0" w:color="AAB4C3"/>
            </w:tcBorders>
            <w:shd w:val="clear" w:color="auto" w:fill="F7F9FC"/>
            <w:tcMar>
              <w:top w:w="110" w:type="dxa"/>
              <w:left w:w="120" w:type="dxa"/>
              <w:bottom w:w="110" w:type="dxa"/>
              <w:right w:w="120" w:type="dxa"/>
            </w:tcMar>
          </w:tcPr>
          <w:p w14:paraId="640BD11C" w14:textId="77777777" w:rsidR="00612A37" w:rsidRDefault="002E4E72">
            <w:pPr>
              <w:spacing w:line="240" w:lineRule="auto"/>
            </w:pPr>
            <w:r>
              <w:rPr>
                <w:i/>
                <w:color w:val="667085"/>
                <w:sz w:val="18"/>
              </w:rPr>
              <w:t>Describe the services to be provided, deliverables, location, and any other requirements.</w:t>
            </w:r>
          </w:p>
          <w:p w14:paraId="3461FBC9" w14:textId="77777777" w:rsidR="00612A37" w:rsidRDefault="00612A37"/>
          <w:p w14:paraId="2E0514FA" w14:textId="77777777" w:rsidR="00612A37" w:rsidRDefault="00612A37"/>
          <w:p w14:paraId="14029530" w14:textId="77777777" w:rsidR="00612A37" w:rsidRDefault="00612A37"/>
        </w:tc>
      </w:tr>
    </w:tbl>
    <w:p w14:paraId="2E9FEFCD" w14:textId="77777777" w:rsidR="00612A37" w:rsidRDefault="002E4E72">
      <w:pPr>
        <w:spacing w:before="100" w:after="60"/>
      </w:pPr>
      <w:r>
        <w:rPr>
          <w:b/>
          <w:color w:val="17365D"/>
          <w:sz w:val="18"/>
        </w:rPr>
        <w:t>COMPENSATION &amp; TERM</w:t>
      </w:r>
    </w:p>
    <w:tbl>
      <w:tblPr>
        <w:tblW w:w="0" w:type="auto"/>
        <w:jc w:val="center"/>
        <w:tblLayout w:type="fixed"/>
        <w:tblLook w:val="04A0" w:firstRow="1" w:lastRow="0" w:firstColumn="1" w:lastColumn="0" w:noHBand="0" w:noVBand="1"/>
      </w:tblPr>
      <w:tblGrid>
        <w:gridCol w:w="1728"/>
        <w:gridCol w:w="3456"/>
        <w:gridCol w:w="1944"/>
        <w:gridCol w:w="4608"/>
      </w:tblGrid>
      <w:tr w:rsidR="00612A37" w14:paraId="6FAA8D2F" w14:textId="77777777">
        <w:trPr>
          <w:jc w:val="center"/>
        </w:trPr>
        <w:tc>
          <w:tcPr>
            <w:tcW w:w="1728" w:type="dxa"/>
            <w:tcBorders>
              <w:bottom w:val="single" w:sz="8" w:space="0" w:color="9AA7B8"/>
            </w:tcBorders>
            <w:shd w:val="clear" w:color="auto" w:fill="E8EEF7"/>
            <w:tcMar>
              <w:top w:w="90" w:type="dxa"/>
              <w:left w:w="110" w:type="dxa"/>
              <w:bottom w:w="90" w:type="dxa"/>
              <w:right w:w="110" w:type="dxa"/>
            </w:tcMar>
            <w:vAlign w:val="center"/>
          </w:tcPr>
          <w:p w14:paraId="48BF5C52" w14:textId="77777777" w:rsidR="00612A37" w:rsidRDefault="002E4E72">
            <w:pPr>
              <w:spacing w:line="240" w:lineRule="auto"/>
            </w:pPr>
            <w:r>
              <w:rPr>
                <w:b/>
                <w:color w:val="17365D"/>
                <w:sz w:val="18"/>
              </w:rPr>
              <w:t>Contract Amount</w:t>
            </w:r>
          </w:p>
        </w:tc>
        <w:tc>
          <w:tcPr>
            <w:tcW w:w="3456" w:type="dxa"/>
            <w:tcBorders>
              <w:bottom w:val="single" w:sz="8" w:space="0" w:color="9AA7B8"/>
            </w:tcBorders>
            <w:shd w:val="clear" w:color="auto" w:fill="F7F9FC"/>
            <w:tcMar>
              <w:top w:w="90" w:type="dxa"/>
              <w:left w:w="110" w:type="dxa"/>
              <w:bottom w:w="90" w:type="dxa"/>
              <w:right w:w="110" w:type="dxa"/>
            </w:tcMar>
            <w:vAlign w:val="center"/>
          </w:tcPr>
          <w:p w14:paraId="70458F40" w14:textId="77777777" w:rsidR="00612A37" w:rsidRDefault="002E4E72">
            <w:pPr>
              <w:spacing w:line="240" w:lineRule="auto"/>
            </w:pPr>
            <w:r>
              <w:rPr>
                <w:i/>
                <w:color w:val="667085"/>
                <w:sz w:val="18"/>
              </w:rPr>
              <w:t>$ Enter amount</w:t>
            </w:r>
          </w:p>
        </w:tc>
        <w:tc>
          <w:tcPr>
            <w:tcW w:w="1944" w:type="dxa"/>
            <w:tcBorders>
              <w:bottom w:val="single" w:sz="8" w:space="0" w:color="9AA7B8"/>
            </w:tcBorders>
            <w:shd w:val="clear" w:color="auto" w:fill="E8EEF7"/>
            <w:tcMar>
              <w:top w:w="90" w:type="dxa"/>
              <w:left w:w="110" w:type="dxa"/>
              <w:bottom w:w="90" w:type="dxa"/>
              <w:right w:w="110" w:type="dxa"/>
            </w:tcMar>
            <w:vAlign w:val="center"/>
          </w:tcPr>
          <w:p w14:paraId="379585CF" w14:textId="77777777" w:rsidR="00612A37" w:rsidRDefault="002E4E72">
            <w:pPr>
              <w:spacing w:line="240" w:lineRule="auto"/>
            </w:pPr>
            <w:r>
              <w:rPr>
                <w:b/>
                <w:color w:val="17365D"/>
                <w:sz w:val="18"/>
              </w:rPr>
              <w:t>Contract Period</w:t>
            </w:r>
          </w:p>
        </w:tc>
        <w:tc>
          <w:tcPr>
            <w:tcW w:w="4608" w:type="dxa"/>
            <w:tcBorders>
              <w:bottom w:val="single" w:sz="8" w:space="0" w:color="9AA7B8"/>
            </w:tcBorders>
            <w:shd w:val="clear" w:color="auto" w:fill="F7F9FC"/>
            <w:tcMar>
              <w:top w:w="90" w:type="dxa"/>
              <w:left w:w="110" w:type="dxa"/>
              <w:bottom w:w="90" w:type="dxa"/>
              <w:right w:w="110" w:type="dxa"/>
            </w:tcMar>
            <w:vAlign w:val="center"/>
          </w:tcPr>
          <w:p w14:paraId="7E3B1DE7" w14:textId="77777777" w:rsidR="00612A37" w:rsidRDefault="002E4E72">
            <w:r>
              <w:rPr>
                <w:b/>
                <w:color w:val="16365C"/>
              </w:rPr>
              <w:t>Start:</w:t>
            </w:r>
            <w:sdt>
              <w:sdtPr>
                <w:alias w:val="Contract Start Date"/>
                <w:tag w:val="ContractStartDate"/>
                <w:id w:val="1002"/>
                <w:showingPlcHdr/>
                <w:date>
                  <w:dateFormat w:val="MM/dd/yyyy"/>
                  <w:lid w:val="en-US"/>
                  <w:storeMappedDataAs w:val="dateTime"/>
                  <w:calendar w:val="gregorian"/>
                </w:date>
              </w:sdtPr>
              <w:sdtEndPr/>
              <w:sdtContent>
                <w:r>
                  <w:rPr>
                    <w:i/>
                    <w:color w:val="6B7280"/>
                  </w:rPr>
                  <w:t>Select date</w:t>
                </w:r>
              </w:sdtContent>
            </w:sdt>
          </w:p>
          <w:p w14:paraId="3CF7209A" w14:textId="77777777" w:rsidR="00612A37" w:rsidRDefault="002E4E72">
            <w:r>
              <w:rPr>
                <w:b/>
                <w:color w:val="16365C"/>
              </w:rPr>
              <w:t>End:</w:t>
            </w:r>
            <w:sdt>
              <w:sdtPr>
                <w:alias w:val="Contract End Date"/>
                <w:tag w:val="ContractEndDate"/>
                <w:id w:val="1003"/>
                <w:showingPlcHdr/>
                <w:date>
                  <w:dateFormat w:val="MM/dd/yyyy"/>
                  <w:lid w:val="en-US"/>
                  <w:storeMappedDataAs w:val="dateTime"/>
                  <w:calendar w:val="gregorian"/>
                </w:date>
              </w:sdtPr>
              <w:sdtEndPr/>
              <w:sdtContent>
                <w:r>
                  <w:rPr>
                    <w:i/>
                    <w:color w:val="6B7280"/>
                  </w:rPr>
                  <w:t>Select date</w:t>
                </w:r>
              </w:sdtContent>
            </w:sdt>
          </w:p>
        </w:tc>
      </w:tr>
    </w:tbl>
    <w:p w14:paraId="7CF72AB9" w14:textId="77777777" w:rsidR="00612A37" w:rsidRDefault="00612A37">
      <w:pPr>
        <w:spacing w:after="20"/>
      </w:pPr>
    </w:p>
    <w:p w14:paraId="312EF5B7" w14:textId="77777777" w:rsidR="00612A37" w:rsidRDefault="002E4E72">
      <w:pPr>
        <w:spacing w:after="100" w:line="252" w:lineRule="auto"/>
      </w:pPr>
      <w:r>
        <w:rPr>
          <w:color w:val="344054"/>
          <w:sz w:val="18"/>
        </w:rPr>
        <w:t>In consideration for satisfactory completion of the agreed-upon services, the Agency agrees to pay the Vendor the contract amount stated above. This agreement shall remain in effect for the contract period stated above, unless otherwise modified or terminated in writing by the parties.</w:t>
      </w:r>
    </w:p>
    <w:tbl>
      <w:tblPr>
        <w:tblW w:w="0" w:type="auto"/>
        <w:jc w:val="center"/>
        <w:tblLayout w:type="fixed"/>
        <w:tblLook w:val="04A0" w:firstRow="1" w:lastRow="0" w:firstColumn="1" w:lastColumn="0" w:noHBand="0" w:noVBand="1"/>
      </w:tblPr>
      <w:tblGrid>
        <w:gridCol w:w="11664"/>
      </w:tblGrid>
      <w:tr w:rsidR="00612A37" w14:paraId="06C6E780" w14:textId="77777777">
        <w:trPr>
          <w:jc w:val="center"/>
        </w:trPr>
        <w:tc>
          <w:tcPr>
            <w:tcW w:w="11664" w:type="dxa"/>
            <w:tcBorders>
              <w:top w:val="single" w:sz="4" w:space="0" w:color="F1D3B5"/>
              <w:left w:val="single" w:sz="18" w:space="0" w:color="E87524"/>
              <w:bottom w:val="single" w:sz="4" w:space="0" w:color="F1D3B5"/>
              <w:right w:val="single" w:sz="4" w:space="0" w:color="F1D3B5"/>
            </w:tcBorders>
            <w:shd w:val="clear" w:color="auto" w:fill="FFF4E8"/>
            <w:tcMar>
              <w:top w:w="100" w:type="dxa"/>
              <w:left w:w="120" w:type="dxa"/>
              <w:bottom w:w="100" w:type="dxa"/>
              <w:right w:w="120" w:type="dxa"/>
            </w:tcMar>
          </w:tcPr>
          <w:p w14:paraId="719546B8" w14:textId="77777777" w:rsidR="00612A37" w:rsidRDefault="002E4E72">
            <w:r>
              <w:rPr>
                <w:b/>
                <w:color w:val="AD4F00"/>
                <w:sz w:val="17"/>
              </w:rPr>
              <w:t xml:space="preserve">VENDOR REGISTRATION REQUIREMENT  </w:t>
            </w:r>
            <w:r>
              <w:rPr>
                <w:color w:val="344054"/>
                <w:sz w:val="17"/>
              </w:rPr>
              <w:t xml:space="preserve">Before services can be performed or payment issued, the Vendor must be registered in OK Corral. Questions regarding registration should be directed to </w:t>
            </w:r>
            <w:r>
              <w:rPr>
                <w:b/>
                <w:color w:val="17365D"/>
                <w:sz w:val="17"/>
              </w:rPr>
              <w:t>lupurchasing@langston.edu</w:t>
            </w:r>
          </w:p>
        </w:tc>
      </w:tr>
    </w:tbl>
    <w:p w14:paraId="17ABC749" w14:textId="77777777" w:rsidR="00612A37" w:rsidRDefault="002E4E72">
      <w:pPr>
        <w:spacing w:before="100" w:after="60"/>
      </w:pPr>
      <w:r>
        <w:rPr>
          <w:b/>
          <w:color w:val="17365D"/>
          <w:sz w:val="18"/>
        </w:rPr>
        <w:t>AUTHORIZATION</w:t>
      </w:r>
    </w:p>
    <w:tbl>
      <w:tblPr>
        <w:tblW w:w="0" w:type="auto"/>
        <w:jc w:val="center"/>
        <w:tblLayout w:type="fixed"/>
        <w:tblLook w:val="04A0" w:firstRow="1" w:lastRow="0" w:firstColumn="1" w:lastColumn="0" w:noHBand="0" w:noVBand="1"/>
      </w:tblPr>
      <w:tblGrid>
        <w:gridCol w:w="5688"/>
        <w:gridCol w:w="5688"/>
      </w:tblGrid>
      <w:tr w:rsidR="00612A37" w14:paraId="3411BD13" w14:textId="77777777">
        <w:trPr>
          <w:jc w:val="center"/>
        </w:trPr>
        <w:tc>
          <w:tcPr>
            <w:tcW w:w="5688" w:type="dxa"/>
            <w:tcBorders>
              <w:bottom w:val="single" w:sz="7" w:space="0" w:color="9AA7B8"/>
              <w:right w:val="nil"/>
            </w:tcBorders>
            <w:tcMar>
              <w:top w:w="45" w:type="dxa"/>
              <w:left w:w="100" w:type="dxa"/>
              <w:bottom w:w="55" w:type="dxa"/>
              <w:right w:w="100" w:type="dxa"/>
            </w:tcMar>
          </w:tcPr>
          <w:p w14:paraId="3408EE52" w14:textId="77777777" w:rsidR="00612A37" w:rsidRDefault="002E4E72">
            <w:r>
              <w:br/>
            </w:r>
            <w:r>
              <w:rPr>
                <w:i/>
                <w:color w:val="667085"/>
                <w:sz w:val="16"/>
              </w:rPr>
              <w:t>Agency Representative Signature</w:t>
            </w:r>
          </w:p>
        </w:tc>
        <w:tc>
          <w:tcPr>
            <w:tcW w:w="5688" w:type="dxa"/>
            <w:tcBorders>
              <w:bottom w:val="single" w:sz="7" w:space="0" w:color="9AA7B8"/>
            </w:tcBorders>
            <w:tcMar>
              <w:top w:w="45" w:type="dxa"/>
              <w:left w:w="100" w:type="dxa"/>
              <w:bottom w:w="55" w:type="dxa"/>
              <w:right w:w="100" w:type="dxa"/>
            </w:tcMar>
          </w:tcPr>
          <w:p w14:paraId="55AB9F79" w14:textId="77777777" w:rsidR="00612A37" w:rsidRDefault="002E4E72">
            <w:r>
              <w:br/>
            </w:r>
            <w:r>
              <w:rPr>
                <w:i/>
                <w:color w:val="667085"/>
                <w:sz w:val="16"/>
              </w:rPr>
              <w:t>Vendor Representative Signature</w:t>
            </w:r>
          </w:p>
        </w:tc>
      </w:tr>
      <w:tr w:rsidR="00612A37" w14:paraId="3DDE20EC" w14:textId="77777777">
        <w:trPr>
          <w:jc w:val="center"/>
        </w:trPr>
        <w:tc>
          <w:tcPr>
            <w:tcW w:w="5688" w:type="dxa"/>
            <w:tcBorders>
              <w:bottom w:val="single" w:sz="7" w:space="0" w:color="9AA7B8"/>
              <w:right w:val="nil"/>
            </w:tcBorders>
            <w:tcMar>
              <w:top w:w="45" w:type="dxa"/>
              <w:left w:w="100" w:type="dxa"/>
              <w:bottom w:w="55" w:type="dxa"/>
              <w:right w:w="100" w:type="dxa"/>
            </w:tcMar>
          </w:tcPr>
          <w:p w14:paraId="278F4CC2" w14:textId="77777777" w:rsidR="00612A37" w:rsidRDefault="002E4E72">
            <w:r>
              <w:rPr>
                <w:i/>
                <w:color w:val="667085"/>
                <w:sz w:val="16"/>
              </w:rPr>
              <w:t>Printed Name / Title</w:t>
            </w:r>
          </w:p>
        </w:tc>
        <w:tc>
          <w:tcPr>
            <w:tcW w:w="5688" w:type="dxa"/>
            <w:tcBorders>
              <w:bottom w:val="single" w:sz="7" w:space="0" w:color="9AA7B8"/>
            </w:tcBorders>
            <w:tcMar>
              <w:top w:w="45" w:type="dxa"/>
              <w:left w:w="100" w:type="dxa"/>
              <w:bottom w:w="55" w:type="dxa"/>
              <w:right w:w="100" w:type="dxa"/>
            </w:tcMar>
          </w:tcPr>
          <w:p w14:paraId="3F807390" w14:textId="77777777" w:rsidR="00612A37" w:rsidRDefault="002E4E72">
            <w:r>
              <w:rPr>
                <w:i/>
                <w:color w:val="667085"/>
                <w:sz w:val="16"/>
              </w:rPr>
              <w:t>Printed Name / Title</w:t>
            </w:r>
          </w:p>
        </w:tc>
      </w:tr>
      <w:tr w:rsidR="00612A37" w14:paraId="4DB3269D" w14:textId="77777777">
        <w:trPr>
          <w:jc w:val="center"/>
        </w:trPr>
        <w:tc>
          <w:tcPr>
            <w:tcW w:w="5688" w:type="dxa"/>
            <w:tcBorders>
              <w:bottom w:val="single" w:sz="7" w:space="0" w:color="9AA7B8"/>
              <w:right w:val="nil"/>
            </w:tcBorders>
            <w:tcMar>
              <w:top w:w="45" w:type="dxa"/>
              <w:left w:w="100" w:type="dxa"/>
              <w:bottom w:w="55" w:type="dxa"/>
              <w:right w:w="100" w:type="dxa"/>
            </w:tcMar>
          </w:tcPr>
          <w:p w14:paraId="0DA1CDC3" w14:textId="77777777" w:rsidR="00612A37" w:rsidRDefault="002E4E72">
            <w:r>
              <w:rPr>
                <w:i/>
                <w:color w:val="6B7280"/>
              </w:rPr>
              <w:t>Date:</w:t>
            </w:r>
            <w:sdt>
              <w:sdtPr>
                <w:alias w:val="Agency Signature Date"/>
                <w:tag w:val="AgencySignatureDate"/>
                <w:id w:val="1004"/>
                <w:showingPlcHdr/>
                <w:date>
                  <w:dateFormat w:val="MM/dd/yyyy"/>
                  <w:lid w:val="en-US"/>
                  <w:storeMappedDataAs w:val="dateTime"/>
                  <w:calendar w:val="gregorian"/>
                </w:date>
              </w:sdtPr>
              <w:sdtEndPr/>
              <w:sdtContent>
                <w:r>
                  <w:rPr>
                    <w:i/>
                    <w:color w:val="6B7280"/>
                  </w:rPr>
                  <w:t>Select date</w:t>
                </w:r>
              </w:sdtContent>
            </w:sdt>
          </w:p>
        </w:tc>
        <w:tc>
          <w:tcPr>
            <w:tcW w:w="5688" w:type="dxa"/>
            <w:tcBorders>
              <w:bottom w:val="single" w:sz="7" w:space="0" w:color="9AA7B8"/>
            </w:tcBorders>
            <w:tcMar>
              <w:top w:w="45" w:type="dxa"/>
              <w:left w:w="100" w:type="dxa"/>
              <w:bottom w:w="55" w:type="dxa"/>
              <w:right w:w="100" w:type="dxa"/>
            </w:tcMar>
          </w:tcPr>
          <w:p w14:paraId="135F6505" w14:textId="77777777" w:rsidR="00612A37" w:rsidRDefault="002E4E72">
            <w:r>
              <w:rPr>
                <w:i/>
                <w:color w:val="6B7280"/>
              </w:rPr>
              <w:t>Date:</w:t>
            </w:r>
            <w:sdt>
              <w:sdtPr>
                <w:alias w:val="Vendor Signature Date"/>
                <w:tag w:val="VendorSignatureDate"/>
                <w:id w:val="1005"/>
                <w:showingPlcHdr/>
                <w:date>
                  <w:dateFormat w:val="MM/dd/yyyy"/>
                  <w:lid w:val="en-US"/>
                  <w:storeMappedDataAs w:val="dateTime"/>
                  <w:calendar w:val="gregorian"/>
                </w:date>
              </w:sdtPr>
              <w:sdtEndPr/>
              <w:sdtContent>
                <w:r>
                  <w:rPr>
                    <w:i/>
                    <w:color w:val="6B7280"/>
                  </w:rPr>
                  <w:t>Select date</w:t>
                </w:r>
              </w:sdtContent>
            </w:sdt>
          </w:p>
        </w:tc>
      </w:tr>
    </w:tbl>
    <w:p w14:paraId="6CDD3EE8" w14:textId="77777777" w:rsidR="002E4E72" w:rsidRDefault="002E4E72"/>
    <w:sectPr w:rsidR="002E4E72" w:rsidSect="00034616">
      <w:footerReference w:type="default" r:id="rId9"/>
      <w:pgSz w:w="12240" w:h="15840"/>
      <w:pgMar w:top="648" w:right="864" w:bottom="648" w:left="864"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946D3" w14:textId="77777777" w:rsidR="002E4E72" w:rsidRDefault="002E4E72">
      <w:pPr>
        <w:spacing w:line="240" w:lineRule="auto"/>
      </w:pPr>
      <w:r>
        <w:separator/>
      </w:r>
    </w:p>
  </w:endnote>
  <w:endnote w:type="continuationSeparator" w:id="0">
    <w:p w14:paraId="65C815E2" w14:textId="77777777" w:rsidR="002E4E72" w:rsidRDefault="002E4E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814C" w14:textId="77777777" w:rsidR="00612A37" w:rsidRDefault="002E4E72">
    <w:pPr>
      <w:pStyle w:val="Footer"/>
      <w:jc w:val="center"/>
    </w:pPr>
    <w:r>
      <w:rPr>
        <w:color w:val="667085"/>
        <w:sz w:val="15"/>
      </w:rPr>
      <w:t xml:space="preserve">Langston </w:t>
    </w:r>
    <w:proofErr w:type="gramStart"/>
    <w:r>
      <w:rPr>
        <w:color w:val="667085"/>
        <w:sz w:val="15"/>
      </w:rPr>
      <w:t>University  |</w:t>
    </w:r>
    <w:proofErr w:type="gramEnd"/>
    <w:r>
      <w:rPr>
        <w:color w:val="667085"/>
        <w:sz w:val="15"/>
      </w:rPr>
      <w:t xml:space="preserve">  Service Contract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5A986" w14:textId="77777777" w:rsidR="002E4E72" w:rsidRDefault="002E4E72">
      <w:pPr>
        <w:spacing w:line="240" w:lineRule="auto"/>
      </w:pPr>
      <w:r>
        <w:separator/>
      </w:r>
    </w:p>
  </w:footnote>
  <w:footnote w:type="continuationSeparator" w:id="0">
    <w:p w14:paraId="5008E5F4" w14:textId="77777777" w:rsidR="002E4E72" w:rsidRDefault="002E4E7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40230855">
    <w:abstractNumId w:val="8"/>
  </w:num>
  <w:num w:numId="2" w16cid:durableId="1420253406">
    <w:abstractNumId w:val="6"/>
  </w:num>
  <w:num w:numId="3" w16cid:durableId="1560170439">
    <w:abstractNumId w:val="5"/>
  </w:num>
  <w:num w:numId="4" w16cid:durableId="1064642807">
    <w:abstractNumId w:val="4"/>
  </w:num>
  <w:num w:numId="5" w16cid:durableId="1107702565">
    <w:abstractNumId w:val="7"/>
  </w:num>
  <w:num w:numId="6" w16cid:durableId="535389590">
    <w:abstractNumId w:val="3"/>
  </w:num>
  <w:num w:numId="7" w16cid:durableId="1854220725">
    <w:abstractNumId w:val="2"/>
  </w:num>
  <w:num w:numId="8" w16cid:durableId="126747147">
    <w:abstractNumId w:val="1"/>
  </w:num>
  <w:num w:numId="9" w16cid:durableId="2052068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4C41"/>
    <w:rsid w:val="0029639D"/>
    <w:rsid w:val="002E4E72"/>
    <w:rsid w:val="00326F90"/>
    <w:rsid w:val="00612A37"/>
    <w:rsid w:val="007B40CA"/>
    <w:rsid w:val="00AA1D8D"/>
    <w:rsid w:val="00B47730"/>
    <w:rsid w:val="00CB0664"/>
    <w:rsid w:val="00F96E9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1B5B87"/>
  <w14:defaultImageDpi w14:val="300"/>
  <w15:docId w15:val="{6FE5622A-6C45-4199-9A52-A3744344D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ptos" w:hAnsi="Aptos"/>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Langston University Service Contract</dc:title>
  <dc:subject>Professional Service Contract Template</dc:subject>
  <dc:creator>Langston University</dc:creator>
  <cp:keywords/>
  <dc:description>generated by python-docx</dc:description>
  <cp:lastModifiedBy>McBride, Justin Sterling</cp:lastModifiedBy>
  <cp:revision>2</cp:revision>
  <dcterms:created xsi:type="dcterms:W3CDTF">2026-09-28T21:21:00Z</dcterms:created>
  <dcterms:modified xsi:type="dcterms:W3CDTF">2026-09-28T21:21:00Z</dcterms:modified>
  <cp:category/>
</cp:coreProperties>
</file>