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992"/>
      </w:tblGrid>
      <w:tr w:rsidR="0051492C" w14:paraId="3ECF2E8E" w14:textId="77777777">
        <w:trPr>
          <w:cantSplit/>
          <w:trHeight w:val="792"/>
          <w:jc w:val="center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2CC5AC80" w14:textId="77777777" w:rsidR="0051492C" w:rsidRDefault="00033113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 wp14:anchorId="69D00177" wp14:editId="6BD53248">
                  <wp:extent cx="457200" cy="58521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85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2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20" w:type="dxa"/>
              <w:bottom w:w="10" w:type="dxa"/>
              <w:right w:w="20" w:type="dxa"/>
            </w:tcMar>
            <w:vAlign w:val="center"/>
          </w:tcPr>
          <w:p w14:paraId="3677805E" w14:textId="77777777" w:rsidR="009C7657" w:rsidRDefault="00000000">
            <w:r>
              <w:rPr>
                <w:b/>
                <w:color w:val="0B3A75"/>
                <w:sz w:val="34"/>
              </w:rPr>
              <w:t>LANGSTON UNIVERSITY</w:t>
            </w:r>
          </w:p>
          <w:p w14:paraId="21847622" w14:textId="77777777" w:rsidR="009C7657" w:rsidRDefault="00000000">
            <w:r>
              <w:rPr>
                <w:b/>
                <w:color w:val="F36C21"/>
                <w:sz w:val="23"/>
              </w:rPr>
              <w:t>BUDGET LINE TRANSFER REQUEST</w:t>
            </w:r>
          </w:p>
          <w:p w14:paraId="71B4C3F9" w14:textId="77777777" w:rsidR="009C7657" w:rsidRDefault="00000000">
            <w:r>
              <w:rPr>
                <w:color w:val="5E6875"/>
                <w:sz w:val="17"/>
              </w:rPr>
              <w:t>Office of Fiscal &amp; Administrative Affairs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858"/>
      </w:tblGrid>
      <w:tr w:rsidR="0051492C" w14:paraId="1C2A6361" w14:textId="77777777">
        <w:trPr>
          <w:cantSplit/>
          <w:trHeight w:hRule="exact" w:val="50"/>
          <w:jc w:val="center"/>
        </w:trPr>
        <w:tc>
          <w:tcPr>
            <w:tcW w:w="10858" w:type="dxa"/>
            <w:tcBorders>
              <w:top w:val="nil"/>
              <w:left w:val="nil"/>
              <w:bottom w:val="nil"/>
              <w:right w:val="nil"/>
            </w:tcBorders>
            <w:shd w:val="clear" w:color="auto" w:fill="0B3A7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C43F" w14:textId="77777777" w:rsidR="009C7657" w:rsidRDefault="009C7657"/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24"/>
        <w:gridCol w:w="7848"/>
      </w:tblGrid>
      <w:tr w:rsidR="0051492C" w14:paraId="0D82AB3A" w14:textId="77777777">
        <w:trPr>
          <w:cantSplit/>
          <w:trHeight w:val="662"/>
          <w:jc w:val="center"/>
        </w:trPr>
        <w:tc>
          <w:tcPr>
            <w:tcW w:w="3024" w:type="dxa"/>
            <w:tcBorders>
              <w:top w:val="single" w:sz="4" w:space="0" w:color="D7DEE8"/>
              <w:left w:val="single" w:sz="4" w:space="0" w:color="D7DEE8"/>
              <w:bottom w:val="single" w:sz="4" w:space="0" w:color="D7DEE8"/>
              <w:right w:val="single" w:sz="4" w:space="0" w:color="D7DEE8"/>
            </w:tcBorders>
            <w:shd w:val="clear" w:color="auto" w:fill="FFF3E9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1334673" w14:textId="77777777" w:rsidR="009C7657" w:rsidRDefault="00000000">
            <w:pPr>
              <w:jc w:val="center"/>
            </w:pPr>
            <w:r>
              <w:rPr>
                <w:b/>
                <w:color w:val="F36C21"/>
                <w:sz w:val="17"/>
              </w:rPr>
              <w:t>NON-GRANT FUNDS ONLY</w:t>
            </w:r>
          </w:p>
        </w:tc>
        <w:tc>
          <w:tcPr>
            <w:tcW w:w="7848" w:type="dxa"/>
            <w:tcBorders>
              <w:top w:val="single" w:sz="4" w:space="0" w:color="D7DEE8"/>
              <w:left w:val="single" w:sz="4" w:space="0" w:color="D7DEE8"/>
              <w:bottom w:val="single" w:sz="4" w:space="0" w:color="D7DEE8"/>
              <w:right w:val="single" w:sz="4" w:space="0" w:color="D7DEE8"/>
            </w:tcBorders>
            <w:shd w:val="clear" w:color="auto" w:fill="F6F8FB"/>
            <w:tcMar>
              <w:top w:w="65" w:type="dxa"/>
              <w:left w:w="95" w:type="dxa"/>
              <w:bottom w:w="65" w:type="dxa"/>
              <w:right w:w="95" w:type="dxa"/>
            </w:tcMar>
            <w:vAlign w:val="center"/>
          </w:tcPr>
          <w:p w14:paraId="472264D2" w14:textId="03E89541" w:rsidR="009C7657" w:rsidRPr="002D4564" w:rsidRDefault="005F02F6">
            <w:pPr>
              <w:rPr>
                <w:szCs w:val="18"/>
              </w:rPr>
            </w:pPr>
            <w:r w:rsidRPr="002D4564">
              <w:rPr>
                <w:b/>
                <w:color w:val="0B3A75"/>
                <w:szCs w:val="18"/>
              </w:rPr>
              <w:t xml:space="preserve">SUBMIT COMPLETED FORM TO BOTH: </w:t>
            </w:r>
            <w:r w:rsidRPr="002D4564">
              <w:rPr>
                <w:b/>
                <w:color w:val="253447"/>
                <w:szCs w:val="18"/>
              </w:rPr>
              <w:t>Aaron Anderson</w:t>
            </w:r>
            <w:r w:rsidR="00F1420B">
              <w:rPr>
                <w:b/>
                <w:color w:val="253447"/>
                <w:szCs w:val="18"/>
              </w:rPr>
              <w:t xml:space="preserve"> </w:t>
            </w:r>
            <w:r w:rsidR="00F1420B" w:rsidRPr="002D4564">
              <w:rPr>
                <w:color w:val="253447"/>
                <w:szCs w:val="18"/>
              </w:rPr>
              <w:t>|</w:t>
            </w:r>
            <w:r w:rsidR="00F1420B">
              <w:rPr>
                <w:color w:val="253447"/>
                <w:szCs w:val="18"/>
              </w:rPr>
              <w:t xml:space="preserve"> </w:t>
            </w:r>
            <w:r w:rsidRPr="002D4564">
              <w:rPr>
                <w:color w:val="253447"/>
                <w:szCs w:val="18"/>
              </w:rPr>
              <w:t>aaron.anderson10@langston.edu</w:t>
            </w:r>
            <w:r w:rsidR="00F1420B" w:rsidRPr="002D4564">
              <w:rPr>
                <w:b/>
                <w:color w:val="253447"/>
                <w:szCs w:val="18"/>
              </w:rPr>
              <w:t xml:space="preserve"> </w:t>
            </w:r>
            <w:r w:rsidR="00F1420B" w:rsidRPr="002D4564">
              <w:rPr>
                <w:color w:val="253447"/>
                <w:szCs w:val="18"/>
              </w:rPr>
              <w:t>•</w:t>
            </w:r>
            <w:r w:rsidR="00F1420B">
              <w:rPr>
                <w:color w:val="253447"/>
                <w:szCs w:val="18"/>
              </w:rPr>
              <w:t xml:space="preserve"> </w:t>
            </w:r>
            <w:r w:rsidR="00F1420B" w:rsidRPr="002D4564">
              <w:rPr>
                <w:b/>
                <w:color w:val="253447"/>
                <w:szCs w:val="18"/>
              </w:rPr>
              <w:t>Wazir Price</w:t>
            </w:r>
            <w:r w:rsidR="00F1420B" w:rsidRPr="002D4564">
              <w:rPr>
                <w:color w:val="253447"/>
                <w:szCs w:val="18"/>
              </w:rPr>
              <w:t xml:space="preserve"> | wazir.price@langston.edu</w:t>
            </w:r>
          </w:p>
        </w:tc>
      </w:tr>
    </w:tbl>
    <w:p w14:paraId="68EF88DD" w14:textId="77777777" w:rsidR="0051492C" w:rsidRPr="00827D5B" w:rsidRDefault="00827D5B">
      <w:pPr>
        <w:keepNext/>
        <w:keepLines/>
        <w:widowControl w:val="0"/>
        <w:spacing w:after="20"/>
        <w:rPr>
          <w:szCs w:val="18"/>
        </w:rPr>
      </w:pPr>
      <w:r>
        <w:rPr>
          <w:b/>
          <w:color w:val="0B3A75"/>
          <w:sz w:val="17"/>
        </w:rPr>
        <w:t>REQUEST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01"/>
        <w:gridCol w:w="3384"/>
        <w:gridCol w:w="1872"/>
        <w:gridCol w:w="3672"/>
      </w:tblGrid>
      <w:tr w:rsidR="0051492C" w14:paraId="71381BF8" w14:textId="77777777" w:rsidTr="005F02F6">
        <w:trPr>
          <w:cantSplit/>
          <w:trHeight w:val="461"/>
          <w:jc w:val="center"/>
        </w:trPr>
        <w:tc>
          <w:tcPr>
            <w:tcW w:w="1901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EAF0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627A59" w14:textId="77777777" w:rsidR="0051492C" w:rsidRPr="008E16FF" w:rsidRDefault="00033113">
            <w:pPr>
              <w:widowControl w:val="0"/>
              <w:rPr>
                <w:sz w:val="20"/>
                <w:szCs w:val="20"/>
              </w:rPr>
            </w:pPr>
            <w:r w:rsidRPr="008E16FF">
              <w:rPr>
                <w:b/>
                <w:color w:val="0B3A75"/>
                <w:sz w:val="16"/>
                <w:szCs w:val="20"/>
              </w:rPr>
              <w:t>Date</w:t>
            </w:r>
          </w:p>
        </w:tc>
        <w:tc>
          <w:tcPr>
            <w:tcW w:w="3384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FC9009" w14:textId="77777777" w:rsidR="0051492C" w:rsidRPr="008E16FF" w:rsidRDefault="00000000">
            <w:pPr>
              <w:widowControl w:val="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alias w:val="Request Date"/>
                <w:tag w:val="REQUEST_DATE"/>
                <w:id w:val="-1658834699"/>
                <w:lock w:val="sdtLocked"/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033113" w:rsidRPr="008E16FF">
                  <w:rPr>
                    <w:color w:val="6B7280"/>
                    <w:sz w:val="20"/>
                    <w:szCs w:val="20"/>
                  </w:rPr>
                  <w:t>Select date</w:t>
                </w:r>
              </w:sdtContent>
            </w:sdt>
          </w:p>
        </w:tc>
        <w:tc>
          <w:tcPr>
            <w:tcW w:w="1872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EAF0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2E6BBB" w14:textId="77777777" w:rsidR="0051492C" w:rsidRPr="008E16FF" w:rsidRDefault="00033113">
            <w:pPr>
              <w:widowControl w:val="0"/>
              <w:rPr>
                <w:sz w:val="20"/>
                <w:szCs w:val="20"/>
              </w:rPr>
            </w:pPr>
            <w:r w:rsidRPr="008E16FF">
              <w:rPr>
                <w:b/>
                <w:color w:val="0B3A75"/>
                <w:sz w:val="16"/>
                <w:szCs w:val="20"/>
              </w:rPr>
              <w:t>Department</w:t>
            </w:r>
          </w:p>
        </w:tc>
        <w:tc>
          <w:tcPr>
            <w:tcW w:w="3672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E7C331" w14:textId="77777777" w:rsidR="0051492C" w:rsidRPr="008E16FF" w:rsidRDefault="0051492C">
            <w:pPr>
              <w:widowControl w:val="0"/>
              <w:rPr>
                <w:sz w:val="20"/>
                <w:szCs w:val="20"/>
              </w:rPr>
            </w:pPr>
          </w:p>
        </w:tc>
      </w:tr>
      <w:tr w:rsidR="0051492C" w14:paraId="4F1BD2C5" w14:textId="77777777" w:rsidTr="005F02F6">
        <w:trPr>
          <w:cantSplit/>
          <w:trHeight w:val="461"/>
          <w:jc w:val="center"/>
        </w:trPr>
        <w:tc>
          <w:tcPr>
            <w:tcW w:w="1901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EAF0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95EBE3" w14:textId="77777777" w:rsidR="0051492C" w:rsidRPr="008E16FF" w:rsidRDefault="00033113">
            <w:pPr>
              <w:widowControl w:val="0"/>
              <w:rPr>
                <w:sz w:val="20"/>
                <w:szCs w:val="20"/>
              </w:rPr>
            </w:pPr>
            <w:r w:rsidRPr="008E16FF">
              <w:rPr>
                <w:b/>
                <w:color w:val="0B3A75"/>
                <w:sz w:val="16"/>
                <w:szCs w:val="20"/>
              </w:rPr>
              <w:t>Requested By</w:t>
            </w:r>
          </w:p>
        </w:tc>
        <w:tc>
          <w:tcPr>
            <w:tcW w:w="3384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87216E" w14:textId="77777777" w:rsidR="0051492C" w:rsidRPr="008E16FF" w:rsidRDefault="0051492C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EAF0F7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1A5B1D" w14:textId="77777777" w:rsidR="009C7657" w:rsidRDefault="00000000">
            <w:r>
              <w:rPr>
                <w:b/>
                <w:color w:val="0B3A75"/>
                <w:sz w:val="16"/>
              </w:rPr>
              <w:t>Requisition / Ref. #</w:t>
            </w:r>
          </w:p>
        </w:tc>
        <w:tc>
          <w:tcPr>
            <w:tcW w:w="3672" w:type="dxa"/>
            <w:tcBorders>
              <w:top w:val="single" w:sz="4" w:space="0" w:color="C5CDD7"/>
              <w:left w:val="single" w:sz="4" w:space="0" w:color="C5CDD7"/>
              <w:bottom w:val="single" w:sz="4" w:space="0" w:color="C5CDD7"/>
              <w:right w:val="single" w:sz="4" w:space="0" w:color="C5CDD7"/>
            </w:tcBorders>
            <w:shd w:val="clear" w:color="auto" w:fill="FFFFFF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2665CB" w14:textId="77777777" w:rsidR="0051492C" w:rsidRPr="008E16FF" w:rsidRDefault="0051492C">
            <w:pPr>
              <w:widowControl w:val="0"/>
              <w:rPr>
                <w:sz w:val="20"/>
                <w:szCs w:val="20"/>
              </w:rPr>
            </w:pPr>
          </w:p>
        </w:tc>
      </w:tr>
    </w:tbl>
    <w:p w14:paraId="7971A7FB" w14:textId="77777777" w:rsidR="0051492C" w:rsidRDefault="0051492C">
      <w:pPr>
        <w:keepLines/>
        <w:widowControl w:val="0"/>
        <w:spacing w:line="180" w:lineRule="auto"/>
      </w:pPr>
    </w:p>
    <w:tbl>
      <w:tblPr>
        <w:tblW w:w="10872" w:type="dxa"/>
        <w:jc w:val="center"/>
        <w:tblLayout w:type="fixed"/>
        <w:tblLook w:val="04A0" w:firstRow="1" w:lastRow="0" w:firstColumn="1" w:lastColumn="0" w:noHBand="0" w:noVBand="1"/>
      </w:tblPr>
      <w:tblGrid>
        <w:gridCol w:w="643"/>
        <w:gridCol w:w="1787"/>
        <w:gridCol w:w="2215"/>
        <w:gridCol w:w="2715"/>
        <w:gridCol w:w="3501"/>
        <w:gridCol w:w="11"/>
      </w:tblGrid>
      <w:tr w:rsidR="0051492C" w14:paraId="43CFB6A6" w14:textId="77777777" w:rsidTr="008E16FF">
        <w:trPr>
          <w:cantSplit/>
          <w:trHeight w:val="446"/>
          <w:jc w:val="center"/>
        </w:trPr>
        <w:tc>
          <w:tcPr>
            <w:tcW w:w="2232" w:type="dxa"/>
            <w:gridSpan w:val="3"/>
            <w:tcBorders>
              <w:top w:val="single" w:sz="2" w:space="0" w:color="0B3A75"/>
              <w:left w:val="single" w:sz="2" w:space="0" w:color="0B3A75"/>
              <w:bottom w:val="single" w:sz="2" w:space="0" w:color="0B3A75"/>
              <w:right w:val="single" w:sz="2" w:space="0" w:color="0B3A75"/>
            </w:tcBorders>
            <w:shd w:val="clear" w:color="auto" w:fill="0B3A75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8462EEA" w14:textId="77777777" w:rsidR="009C7657" w:rsidRDefault="00000000">
            <w:r>
              <w:rPr>
                <w:b/>
                <w:color w:val="FFFFFF"/>
              </w:rPr>
              <w:t>BUDGET DECREASE - TRANSFER FROM</w:t>
            </w:r>
          </w:p>
        </w:tc>
        <w:tc>
          <w:tcPr>
            <w:tcW w:w="3528" w:type="dxa"/>
            <w:gridSpan w:val="3"/>
            <w:tcBorders>
              <w:top w:val="single" w:sz="2" w:space="0" w:color="0B3A75"/>
              <w:left w:val="single" w:sz="2" w:space="0" w:color="0B3A75"/>
              <w:bottom w:val="single" w:sz="2" w:space="0" w:color="0B3A75"/>
              <w:right w:val="single" w:sz="2" w:space="0" w:color="0B3A75"/>
            </w:tcBorders>
            <w:shd w:val="clear" w:color="auto" w:fill="0B3A75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7827BAE" w14:textId="4482A141" w:rsidR="009C7657" w:rsidRDefault="005A3E3E">
            <w:pPr>
              <w:jc w:val="right"/>
            </w:pPr>
            <w:r>
              <w:rPr>
                <w:color w:val="FFFFFF"/>
                <w:sz w:val="15"/>
              </w:rPr>
              <w:t xml:space="preserve">BUDGET LINES TO BE REDUCED </w:t>
            </w:r>
          </w:p>
        </w:tc>
      </w:tr>
      <w:tr w:rsidR="0051492C" w14:paraId="04B1B664" w14:textId="77777777" w:rsidTr="008E16FF">
        <w:trPr>
          <w:gridAfter w:val="1"/>
          <w:wAfter w:w="11" w:type="dxa"/>
          <w:cantSplit/>
          <w:trHeight w:val="403"/>
          <w:tblHeader/>
          <w:jc w:val="center"/>
        </w:trPr>
        <w:tc>
          <w:tcPr>
            <w:tcW w:w="648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29EE27D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Line</w:t>
            </w:r>
          </w:p>
        </w:tc>
        <w:tc>
          <w:tcPr>
            <w:tcW w:w="1800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4638343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Fund</w:t>
            </w:r>
          </w:p>
        </w:tc>
        <w:tc>
          <w:tcPr>
            <w:tcW w:w="2232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8AFA7D6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Account No.</w:t>
            </w:r>
          </w:p>
        </w:tc>
        <w:tc>
          <w:tcPr>
            <w:tcW w:w="2736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C69860" w14:textId="4FBF4225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Budget Pool</w:t>
            </w:r>
          </w:p>
        </w:tc>
        <w:tc>
          <w:tcPr>
            <w:tcW w:w="3528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D0A0B2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Amount</w:t>
            </w:r>
          </w:p>
        </w:tc>
      </w:tr>
      <w:tr w:rsidR="0051492C" w14:paraId="32A93B97" w14:textId="77777777" w:rsidTr="008E16FF">
        <w:trPr>
          <w:gridAfter w:val="1"/>
          <w:wAfter w:w="11" w:type="dxa"/>
          <w:cantSplit/>
          <w:trHeight w:val="490"/>
          <w:jc w:val="center"/>
        </w:trPr>
        <w:tc>
          <w:tcPr>
            <w:tcW w:w="64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0AED91F" w14:textId="77777777" w:rsidR="009C7657" w:rsidRDefault="00000000">
            <w:pPr>
              <w:jc w:val="center"/>
            </w:pPr>
            <w:r>
              <w:rPr>
                <w:color w:val="253447"/>
                <w:sz w:val="16"/>
              </w:rPr>
              <w:t>1</w:t>
            </w:r>
          </w:p>
        </w:tc>
        <w:tc>
          <w:tcPr>
            <w:tcW w:w="1800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ECC35FB" w14:textId="77777777" w:rsidR="0051492C" w:rsidRDefault="0051492C">
            <w:pPr>
              <w:widowControl w:val="0"/>
              <w:jc w:val="center"/>
            </w:pPr>
          </w:p>
        </w:tc>
        <w:bookmarkStart w:id="0" w:name="DecAcct1"/>
        <w:tc>
          <w:tcPr>
            <w:tcW w:w="223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B3FAF1B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DecAcct1"/>
                  <w:enabled/>
                  <w:calcOnExit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0"/>
          </w:p>
        </w:tc>
        <w:bookmarkStart w:id="1" w:name="DecPool1"/>
        <w:tc>
          <w:tcPr>
            <w:tcW w:w="2736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3F6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52D7F3F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DecPool1"/>
                  <w:enabled/>
                  <w:calcOnExit w:val="0"/>
                  <w:textInput>
                    <w:type w:val="calculated"/>
                    <w:default w:val="=IF(DecAcct1&lt;703000,0,IF(DecAcct1&lt;703800,700300,IF(DecAcct1&lt;703900,700380,IF(DecAcct1&lt;705000,700390,IF(DecAcct1&lt;706000,700500,IF(DecAcct1&lt;707000,700600,IF(DecAcct1&lt;707100,700700,IF(DecAcct1&lt;708400,700710,IF(DecAcct1&lt;710000,700840,0)))))))))"/>
                    <w:format w:val="0;0;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"/>
          </w:p>
        </w:tc>
        <w:bookmarkStart w:id="2" w:name="Dec1"/>
        <w:tc>
          <w:tcPr>
            <w:tcW w:w="352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D773E99" w14:textId="77777777" w:rsidR="0051492C" w:rsidRDefault="00033113">
            <w:pPr>
              <w:widowControl w:val="0"/>
              <w:jc w:val="right"/>
            </w:pPr>
            <w:r>
              <w:rPr>
                <w:color w:val="253447"/>
                <w:sz w:val="17"/>
              </w:rPr>
              <w:fldChar w:fldCharType="begin">
                <w:ffData>
                  <w:name w:val="Dec1"/>
                  <w:enabled/>
                  <w:calcOnExit/>
                  <w:textInput>
                    <w:type w:val="number"/>
                    <w:default w:val="0"/>
                    <w:format w:val="#,##0.0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t>0.00</w:t>
            </w:r>
            <w:r>
              <w:rPr>
                <w:color w:val="253447"/>
                <w:sz w:val="17"/>
              </w:rPr>
              <w:fldChar w:fldCharType="end"/>
            </w:r>
            <w:bookmarkEnd w:id="2"/>
          </w:p>
        </w:tc>
      </w:tr>
      <w:tr w:rsidR="0051492C" w14:paraId="65A186F6" w14:textId="77777777" w:rsidTr="008E16FF">
        <w:trPr>
          <w:gridAfter w:val="1"/>
          <w:wAfter w:w="11" w:type="dxa"/>
          <w:cantSplit/>
          <w:trHeight w:val="490"/>
          <w:jc w:val="center"/>
        </w:trPr>
        <w:tc>
          <w:tcPr>
            <w:tcW w:w="64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15FD8B0" w14:textId="77777777" w:rsidR="009C7657" w:rsidRDefault="00000000">
            <w:pPr>
              <w:jc w:val="center"/>
            </w:pPr>
            <w:r>
              <w:rPr>
                <w:color w:val="253447"/>
                <w:sz w:val="16"/>
              </w:rPr>
              <w:t>2</w:t>
            </w:r>
          </w:p>
        </w:tc>
        <w:tc>
          <w:tcPr>
            <w:tcW w:w="1800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508A0B1" w14:textId="77777777" w:rsidR="0051492C" w:rsidRDefault="0051492C">
            <w:pPr>
              <w:widowControl w:val="0"/>
              <w:jc w:val="center"/>
            </w:pPr>
          </w:p>
        </w:tc>
        <w:bookmarkStart w:id="3" w:name="DecAcct2"/>
        <w:tc>
          <w:tcPr>
            <w:tcW w:w="223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7098E73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DecAcct2"/>
                  <w:enabled/>
                  <w:calcOnExit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3"/>
          </w:p>
        </w:tc>
        <w:bookmarkStart w:id="4" w:name="DecPool2"/>
        <w:tc>
          <w:tcPr>
            <w:tcW w:w="2736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3F6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4AABE32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DecPool2"/>
                  <w:enabled/>
                  <w:calcOnExit w:val="0"/>
                  <w:textInput>
                    <w:type w:val="calculated"/>
                    <w:default w:val="=IF(DecAcct2&lt;703000,0,IF(DecAcct2&lt;703800,700300,IF(DecAcct2&lt;703900,700380,IF(DecAcct2&lt;705000,700390,IF(DecAcct2&lt;706000,700500,IF(DecAcct2&lt;707000,700600,IF(DecAcct2&lt;707100,700700,IF(DecAcct2&lt;708400,700710,IF(DecAcct2&lt;710000,700840,0)))))))))"/>
                    <w:format w:val="0;0;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4"/>
          </w:p>
        </w:tc>
        <w:bookmarkStart w:id="5" w:name="Dec2"/>
        <w:tc>
          <w:tcPr>
            <w:tcW w:w="352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54F7DFF" w14:textId="77777777" w:rsidR="0051492C" w:rsidRDefault="00033113">
            <w:pPr>
              <w:widowControl w:val="0"/>
              <w:jc w:val="right"/>
            </w:pPr>
            <w:r>
              <w:rPr>
                <w:color w:val="253447"/>
                <w:sz w:val="17"/>
              </w:rPr>
              <w:fldChar w:fldCharType="begin">
                <w:ffData>
                  <w:name w:val="Dec2"/>
                  <w:enabled/>
                  <w:calcOnExit/>
                  <w:textInput>
                    <w:type w:val="number"/>
                    <w:default w:val="0"/>
                    <w:format w:val="#,##0.0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t>0.00</w:t>
            </w:r>
            <w:r>
              <w:rPr>
                <w:color w:val="253447"/>
                <w:sz w:val="17"/>
              </w:rPr>
              <w:fldChar w:fldCharType="end"/>
            </w:r>
            <w:bookmarkEnd w:id="5"/>
          </w:p>
        </w:tc>
      </w:tr>
      <w:tr w:rsidR="0051492C" w14:paraId="12596A3D" w14:textId="77777777" w:rsidTr="008E16FF">
        <w:trPr>
          <w:gridAfter w:val="1"/>
          <w:wAfter w:w="11" w:type="dxa"/>
          <w:cantSplit/>
          <w:trHeight w:val="490"/>
          <w:jc w:val="center"/>
        </w:trPr>
        <w:tc>
          <w:tcPr>
            <w:tcW w:w="64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0C377B8" w14:textId="77777777" w:rsidR="009C7657" w:rsidRDefault="00000000">
            <w:pPr>
              <w:jc w:val="center"/>
            </w:pPr>
            <w:r>
              <w:rPr>
                <w:color w:val="253447"/>
                <w:sz w:val="16"/>
              </w:rPr>
              <w:t>3</w:t>
            </w:r>
          </w:p>
        </w:tc>
        <w:tc>
          <w:tcPr>
            <w:tcW w:w="1800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5D473FB" w14:textId="77777777" w:rsidR="0051492C" w:rsidRDefault="0051492C">
            <w:pPr>
              <w:widowControl w:val="0"/>
              <w:jc w:val="center"/>
            </w:pPr>
          </w:p>
        </w:tc>
        <w:bookmarkStart w:id="6" w:name="DecAcct3"/>
        <w:tc>
          <w:tcPr>
            <w:tcW w:w="223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22724F7C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DecAcct3"/>
                  <w:enabled/>
                  <w:calcOnExit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6"/>
          </w:p>
        </w:tc>
        <w:bookmarkStart w:id="7" w:name="DecPool3"/>
        <w:tc>
          <w:tcPr>
            <w:tcW w:w="2736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3F6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600B2F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DecPool3"/>
                  <w:enabled/>
                  <w:calcOnExit w:val="0"/>
                  <w:textInput>
                    <w:type w:val="calculated"/>
                    <w:default w:val="=IF(DecAcct3&lt;703000,0,IF(DecAcct3&lt;703800,700300,IF(DecAcct3&lt;703900,700380,IF(DecAcct3&lt;705000,700390,IF(DecAcct3&lt;706000,700500,IF(DecAcct3&lt;707000,700600,IF(DecAcct3&lt;707100,700700,IF(DecAcct3&lt;708400,700710,IF(DecAcct3&lt;710000,700840,0)))))))))"/>
                    <w:format w:val="0;0;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7"/>
          </w:p>
        </w:tc>
        <w:bookmarkStart w:id="8" w:name="Dec3"/>
        <w:tc>
          <w:tcPr>
            <w:tcW w:w="352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D99DA52" w14:textId="77777777" w:rsidR="0051492C" w:rsidRDefault="00033113">
            <w:pPr>
              <w:widowControl w:val="0"/>
              <w:jc w:val="right"/>
            </w:pPr>
            <w:r>
              <w:rPr>
                <w:color w:val="253447"/>
                <w:sz w:val="17"/>
              </w:rPr>
              <w:fldChar w:fldCharType="begin">
                <w:ffData>
                  <w:name w:val="Dec3"/>
                  <w:enabled/>
                  <w:calcOnExit/>
                  <w:textInput>
                    <w:type w:val="number"/>
                    <w:default w:val="0"/>
                    <w:format w:val="#,##0.0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t>0.00</w:t>
            </w:r>
            <w:r>
              <w:rPr>
                <w:color w:val="253447"/>
                <w:sz w:val="17"/>
              </w:rPr>
              <w:fldChar w:fldCharType="end"/>
            </w:r>
            <w:bookmarkEnd w:id="8"/>
          </w:p>
        </w:tc>
      </w:tr>
      <w:tr w:rsidR="0051492C" w14:paraId="040BAB4A" w14:textId="77777777" w:rsidTr="008E16FF">
        <w:trPr>
          <w:gridAfter w:val="1"/>
          <w:wAfter w:w="11" w:type="dxa"/>
          <w:cantSplit/>
          <w:trHeight w:val="446"/>
          <w:jc w:val="center"/>
        </w:trPr>
        <w:tc>
          <w:tcPr>
            <w:tcW w:w="2736" w:type="dxa"/>
            <w:gridSpan w:val="4"/>
            <w:tcBorders>
              <w:top w:val="single" w:sz="5" w:space="0" w:color="B9C7D8"/>
              <w:left w:val="single" w:sz="5" w:space="0" w:color="B9C7D8"/>
              <w:bottom w:val="single" w:sz="5" w:space="0" w:color="B9C7D8"/>
              <w:right w:val="single" w:sz="5" w:space="0" w:color="B9C7D8"/>
            </w:tcBorders>
            <w:shd w:val="clear" w:color="auto" w:fill="EAF0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B4D4FC0" w14:textId="77777777" w:rsidR="009C7657" w:rsidRDefault="00000000">
            <w:pPr>
              <w:jc w:val="right"/>
            </w:pPr>
            <w:r>
              <w:rPr>
                <w:b/>
                <w:color w:val="0B3A75"/>
                <w:sz w:val="16"/>
              </w:rPr>
              <w:t>TOTAL DECREASE</w:t>
            </w:r>
          </w:p>
        </w:tc>
        <w:bookmarkStart w:id="9" w:name="DecTotal"/>
        <w:tc>
          <w:tcPr>
            <w:tcW w:w="3528" w:type="dxa"/>
            <w:tcBorders>
              <w:top w:val="single" w:sz="5" w:space="0" w:color="B9C7D8"/>
              <w:left w:val="single" w:sz="5" w:space="0" w:color="B9C7D8"/>
              <w:bottom w:val="single" w:sz="5" w:space="0" w:color="B9C7D8"/>
              <w:right w:val="single" w:sz="5" w:space="0" w:color="B9C7D8"/>
            </w:tcBorders>
            <w:shd w:val="clear" w:color="auto" w:fill="EAF0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FF924F6" w14:textId="77777777" w:rsidR="0051492C" w:rsidRDefault="00033113">
            <w:pPr>
              <w:widowControl w:val="0"/>
              <w:jc w:val="right"/>
            </w:pPr>
            <w:r>
              <w:rPr>
                <w:b/>
                <w:color w:val="0B3A75"/>
                <w:sz w:val="16"/>
              </w:rPr>
              <w:fldChar w:fldCharType="begin"/>
            </w:r>
            <w:r>
              <w:rPr>
                <w:b/>
                <w:color w:val="0B3A75"/>
                <w:sz w:val="16"/>
              </w:rPr>
              <w:instrText>=SUM(ABOVE) \# "$#,##0.00"</w:instrText>
            </w:r>
            <w:r>
              <w:rPr>
                <w:b/>
                <w:color w:val="0B3A75"/>
                <w:sz w:val="16"/>
              </w:rPr>
              <w:fldChar w:fldCharType="separate"/>
            </w:r>
            <w:r>
              <w:rPr>
                <w:b/>
                <w:color w:val="0B3A75"/>
                <w:sz w:val="16"/>
              </w:rPr>
              <w:t>$0.00</w:t>
            </w:r>
            <w:r>
              <w:rPr>
                <w:b/>
                <w:color w:val="0B3A75"/>
                <w:sz w:val="16"/>
              </w:rPr>
              <w:fldChar w:fldCharType="end"/>
            </w:r>
            <w:bookmarkEnd w:id="9"/>
          </w:p>
        </w:tc>
      </w:tr>
    </w:tbl>
    <w:p w14:paraId="4EB6F905" w14:textId="77777777" w:rsidR="0051492C" w:rsidRDefault="0051492C">
      <w:pPr>
        <w:keepLines/>
        <w:widowControl w:val="0"/>
        <w:spacing w:line="180" w:lineRule="auto"/>
      </w:pPr>
    </w:p>
    <w:tbl>
      <w:tblPr>
        <w:tblW w:w="10894" w:type="dxa"/>
        <w:jc w:val="center"/>
        <w:tblLayout w:type="fixed"/>
        <w:tblLook w:val="04A0" w:firstRow="1" w:lastRow="0" w:firstColumn="1" w:lastColumn="0" w:noHBand="0" w:noVBand="1"/>
      </w:tblPr>
      <w:tblGrid>
        <w:gridCol w:w="612"/>
        <w:gridCol w:w="1798"/>
        <w:gridCol w:w="2229"/>
        <w:gridCol w:w="2732"/>
        <w:gridCol w:w="3523"/>
      </w:tblGrid>
      <w:tr w:rsidR="0051492C" w14:paraId="1E3124C7" w14:textId="77777777" w:rsidTr="005F02F6">
        <w:trPr>
          <w:cantSplit/>
          <w:trHeight w:val="446"/>
          <w:jc w:val="center"/>
        </w:trPr>
        <w:tc>
          <w:tcPr>
            <w:tcW w:w="4639" w:type="dxa"/>
            <w:gridSpan w:val="3"/>
            <w:tcBorders>
              <w:top w:val="single" w:sz="2" w:space="0" w:color="F36C21"/>
              <w:left w:val="single" w:sz="2" w:space="0" w:color="F36C21"/>
              <w:bottom w:val="single" w:sz="2" w:space="0" w:color="F36C21"/>
              <w:right w:val="single" w:sz="2" w:space="0" w:color="F36C21"/>
            </w:tcBorders>
            <w:shd w:val="clear" w:color="auto" w:fill="F36C2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5C7C0510" w14:textId="77777777" w:rsidR="009C7657" w:rsidRDefault="00000000">
            <w:r>
              <w:rPr>
                <w:b/>
                <w:color w:val="FFFFFF"/>
              </w:rPr>
              <w:t>BUDGET INCREASE - TRANSFER TO</w:t>
            </w:r>
          </w:p>
        </w:tc>
        <w:tc>
          <w:tcPr>
            <w:tcW w:w="6255" w:type="dxa"/>
            <w:gridSpan w:val="2"/>
            <w:tcBorders>
              <w:top w:val="single" w:sz="2" w:space="0" w:color="F36C21"/>
              <w:left w:val="single" w:sz="2" w:space="0" w:color="F36C21"/>
              <w:bottom w:val="single" w:sz="2" w:space="0" w:color="F36C21"/>
              <w:right w:val="single" w:sz="2" w:space="0" w:color="F36C21"/>
            </w:tcBorders>
            <w:shd w:val="clear" w:color="auto" w:fill="F36C21"/>
            <w:tcMar>
              <w:top w:w="45" w:type="dxa"/>
              <w:left w:w="85" w:type="dxa"/>
              <w:bottom w:w="45" w:type="dxa"/>
              <w:right w:w="85" w:type="dxa"/>
            </w:tcMar>
            <w:vAlign w:val="center"/>
          </w:tcPr>
          <w:p w14:paraId="1CDB2542" w14:textId="40C46A9E" w:rsidR="009C7657" w:rsidRDefault="005A3E3E">
            <w:pPr>
              <w:jc w:val="right"/>
            </w:pPr>
            <w:r>
              <w:rPr>
                <w:color w:val="FFFFFF"/>
                <w:sz w:val="15"/>
              </w:rPr>
              <w:t>BUDGET LINES TO BE INCREASED</w:t>
            </w:r>
          </w:p>
        </w:tc>
      </w:tr>
      <w:tr w:rsidR="0051492C" w14:paraId="0662ED0A" w14:textId="77777777" w:rsidTr="005F02F6">
        <w:trPr>
          <w:cantSplit/>
          <w:trHeight w:val="403"/>
          <w:tblHeader/>
          <w:jc w:val="center"/>
        </w:trPr>
        <w:tc>
          <w:tcPr>
            <w:tcW w:w="612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5CAAED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Line</w:t>
            </w:r>
          </w:p>
        </w:tc>
        <w:tc>
          <w:tcPr>
            <w:tcW w:w="1798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162EA0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Fund</w:t>
            </w:r>
          </w:p>
        </w:tc>
        <w:tc>
          <w:tcPr>
            <w:tcW w:w="2229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2077284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Account No.</w:t>
            </w:r>
          </w:p>
        </w:tc>
        <w:tc>
          <w:tcPr>
            <w:tcW w:w="2732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2C0E2E1" w14:textId="71AC1508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Budget Pool</w:t>
            </w:r>
          </w:p>
        </w:tc>
        <w:tc>
          <w:tcPr>
            <w:tcW w:w="3523" w:type="dxa"/>
            <w:tcBorders>
              <w:top w:val="single" w:sz="4" w:space="0" w:color="BFC7D1"/>
              <w:left w:val="single" w:sz="4" w:space="0" w:color="BFC7D1"/>
              <w:bottom w:val="single" w:sz="4" w:space="0" w:color="BFC7D1"/>
              <w:right w:val="single" w:sz="4" w:space="0" w:color="BFC7D1"/>
            </w:tcBorders>
            <w:shd w:val="clear" w:color="auto" w:fill="E7EBF0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CCCC308" w14:textId="77777777" w:rsidR="009C7657" w:rsidRDefault="00000000">
            <w:pPr>
              <w:jc w:val="center"/>
            </w:pPr>
            <w:r>
              <w:rPr>
                <w:b/>
                <w:color w:val="0B3A75"/>
                <w:sz w:val="15"/>
              </w:rPr>
              <w:t>Amount</w:t>
            </w:r>
          </w:p>
        </w:tc>
      </w:tr>
      <w:tr w:rsidR="0051492C" w14:paraId="7F7B35D8" w14:textId="77777777" w:rsidTr="005F02F6">
        <w:trPr>
          <w:cantSplit/>
          <w:trHeight w:val="490"/>
          <w:jc w:val="center"/>
        </w:trPr>
        <w:tc>
          <w:tcPr>
            <w:tcW w:w="61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C2C5819" w14:textId="77777777" w:rsidR="009C7657" w:rsidRDefault="00000000">
            <w:pPr>
              <w:jc w:val="center"/>
            </w:pPr>
            <w:r>
              <w:rPr>
                <w:color w:val="253447"/>
                <w:sz w:val="16"/>
              </w:rPr>
              <w:t>1</w:t>
            </w:r>
          </w:p>
        </w:tc>
        <w:tc>
          <w:tcPr>
            <w:tcW w:w="179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3C8B26" w14:textId="77777777" w:rsidR="0051492C" w:rsidRDefault="0051492C">
            <w:pPr>
              <w:widowControl w:val="0"/>
              <w:jc w:val="center"/>
            </w:pPr>
          </w:p>
        </w:tc>
        <w:bookmarkStart w:id="10" w:name="IncAcct1"/>
        <w:tc>
          <w:tcPr>
            <w:tcW w:w="2229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9B3295D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IncAcct1"/>
                  <w:enabled/>
                  <w:calcOnExit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0"/>
          </w:p>
        </w:tc>
        <w:bookmarkStart w:id="11" w:name="IncPool1"/>
        <w:tc>
          <w:tcPr>
            <w:tcW w:w="273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3F6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946B8AB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IncPool1"/>
                  <w:enabled/>
                  <w:calcOnExit w:val="0"/>
                  <w:textInput>
                    <w:type w:val="calculated"/>
                    <w:default w:val="=IF(IncAcct1&lt;703000,0,IF(IncAcct1&lt;703800,700300,IF(IncAcct1&lt;703900,700380,IF(IncAcct1&lt;705000,700390,IF(IncAcct1&lt;706000,700500,IF(IncAcct1&lt;707000,700600,IF(IncAcct1&lt;707100,700700,IF(IncAcct1&lt;708400,700710,IF(IncAcct1&lt;710000,700840,0)))))))))"/>
                    <w:format w:val="0;0;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1"/>
          </w:p>
        </w:tc>
        <w:bookmarkStart w:id="12" w:name="Inc1"/>
        <w:tc>
          <w:tcPr>
            <w:tcW w:w="3523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9273078" w14:textId="77777777" w:rsidR="0051492C" w:rsidRDefault="00033113">
            <w:pPr>
              <w:widowControl w:val="0"/>
              <w:jc w:val="right"/>
            </w:pPr>
            <w:r>
              <w:rPr>
                <w:color w:val="253447"/>
                <w:sz w:val="17"/>
              </w:rPr>
              <w:fldChar w:fldCharType="begin">
                <w:ffData>
                  <w:name w:val="Inc1"/>
                  <w:enabled/>
                  <w:calcOnExit w:val="0"/>
                  <w:textInput>
                    <w:type w:val="calculated"/>
                    <w:default w:val="=Dec1"/>
                    <w:format w:val="#,##0.0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t>0.00</w:t>
            </w:r>
            <w:r>
              <w:rPr>
                <w:color w:val="253447"/>
                <w:sz w:val="17"/>
              </w:rPr>
              <w:fldChar w:fldCharType="end"/>
            </w:r>
            <w:bookmarkEnd w:id="12"/>
          </w:p>
        </w:tc>
      </w:tr>
      <w:tr w:rsidR="0051492C" w14:paraId="5A578EB2" w14:textId="77777777" w:rsidTr="005F02F6">
        <w:trPr>
          <w:cantSplit/>
          <w:trHeight w:val="490"/>
          <w:jc w:val="center"/>
        </w:trPr>
        <w:tc>
          <w:tcPr>
            <w:tcW w:w="61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34CD9FE6" w14:textId="77777777" w:rsidR="009C7657" w:rsidRDefault="00000000">
            <w:pPr>
              <w:jc w:val="center"/>
            </w:pPr>
            <w:r>
              <w:rPr>
                <w:color w:val="253447"/>
                <w:sz w:val="16"/>
              </w:rPr>
              <w:t>2</w:t>
            </w:r>
          </w:p>
        </w:tc>
        <w:tc>
          <w:tcPr>
            <w:tcW w:w="179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F7BFAEB" w14:textId="77777777" w:rsidR="0051492C" w:rsidRDefault="0051492C">
            <w:pPr>
              <w:widowControl w:val="0"/>
              <w:jc w:val="center"/>
            </w:pPr>
          </w:p>
        </w:tc>
        <w:bookmarkStart w:id="13" w:name="IncAcct2"/>
        <w:tc>
          <w:tcPr>
            <w:tcW w:w="2229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255E455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IncAcct2"/>
                  <w:enabled/>
                  <w:calcOnExit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3"/>
          </w:p>
        </w:tc>
        <w:bookmarkStart w:id="14" w:name="IncPool2"/>
        <w:tc>
          <w:tcPr>
            <w:tcW w:w="273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3F6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4257E5A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IncPool2"/>
                  <w:enabled/>
                  <w:calcOnExit w:val="0"/>
                  <w:textInput>
                    <w:type w:val="calculated"/>
                    <w:default w:val="=IF(IncAcct2&lt;703000,0,IF(IncAcct2&lt;703800,700300,IF(IncAcct2&lt;703900,700380,IF(IncAcct2&lt;705000,700390,IF(IncAcct2&lt;706000,700500,IF(IncAcct2&lt;707000,700600,IF(IncAcct2&lt;707100,700700,IF(IncAcct2&lt;708400,700710,IF(IncAcct2&lt;710000,700840,0)))))))))"/>
                    <w:format w:val="0;0;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4"/>
          </w:p>
        </w:tc>
        <w:bookmarkStart w:id="15" w:name="Inc2"/>
        <w:tc>
          <w:tcPr>
            <w:tcW w:w="3523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D6D04A1" w14:textId="77777777" w:rsidR="0051492C" w:rsidRDefault="00033113">
            <w:pPr>
              <w:widowControl w:val="0"/>
              <w:jc w:val="right"/>
            </w:pPr>
            <w:r>
              <w:rPr>
                <w:color w:val="253447"/>
                <w:sz w:val="17"/>
              </w:rPr>
              <w:fldChar w:fldCharType="begin">
                <w:ffData>
                  <w:name w:val="Inc2"/>
                  <w:enabled/>
                  <w:calcOnExit w:val="0"/>
                  <w:textInput>
                    <w:type w:val="calculated"/>
                    <w:default w:val="=Dec2"/>
                    <w:format w:val="#,##0.0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t>0.00</w:t>
            </w:r>
            <w:r>
              <w:rPr>
                <w:color w:val="253447"/>
                <w:sz w:val="17"/>
              </w:rPr>
              <w:fldChar w:fldCharType="end"/>
            </w:r>
            <w:bookmarkEnd w:id="15"/>
          </w:p>
        </w:tc>
      </w:tr>
      <w:tr w:rsidR="0051492C" w14:paraId="4BA8347C" w14:textId="77777777" w:rsidTr="005F02F6">
        <w:trPr>
          <w:cantSplit/>
          <w:trHeight w:val="490"/>
          <w:jc w:val="center"/>
        </w:trPr>
        <w:tc>
          <w:tcPr>
            <w:tcW w:w="61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6C0A2664" w14:textId="77777777" w:rsidR="009C7657" w:rsidRDefault="00000000">
            <w:pPr>
              <w:jc w:val="center"/>
            </w:pPr>
            <w:r>
              <w:rPr>
                <w:color w:val="253447"/>
                <w:sz w:val="16"/>
              </w:rPr>
              <w:t>3</w:t>
            </w:r>
          </w:p>
        </w:tc>
        <w:tc>
          <w:tcPr>
            <w:tcW w:w="1798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C6FC176" w14:textId="77777777" w:rsidR="0051492C" w:rsidRDefault="0051492C">
            <w:pPr>
              <w:widowControl w:val="0"/>
              <w:jc w:val="center"/>
            </w:pPr>
          </w:p>
        </w:tc>
        <w:bookmarkStart w:id="16" w:name="IncAcct3"/>
        <w:tc>
          <w:tcPr>
            <w:tcW w:w="2229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465DC4E0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IncAcct3"/>
                  <w:enabled/>
                  <w:calcOnExit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6"/>
          </w:p>
        </w:tc>
        <w:bookmarkStart w:id="17" w:name="IncPool3"/>
        <w:tc>
          <w:tcPr>
            <w:tcW w:w="2732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3F6FA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56ACA1" w14:textId="77777777" w:rsidR="0051492C" w:rsidRDefault="00033113">
            <w:pPr>
              <w:widowControl w:val="0"/>
              <w:jc w:val="center"/>
            </w:pPr>
            <w:r>
              <w:rPr>
                <w:color w:val="253447"/>
                <w:sz w:val="17"/>
              </w:rPr>
              <w:fldChar w:fldCharType="begin">
                <w:ffData>
                  <w:name w:val="IncPool3"/>
                  <w:enabled/>
                  <w:calcOnExit w:val="0"/>
                  <w:textInput>
                    <w:type w:val="calculated"/>
                    <w:default w:val="=IF(IncAcct3&lt;703000,0,IF(IncAcct3&lt;703800,700300,IF(IncAcct3&lt;703900,700380,IF(IncAcct3&lt;705000,700390,IF(IncAcct3&lt;706000,700500,IF(IncAcct3&lt;707000,700600,IF(IncAcct3&lt;707100,700700,IF(IncAcct3&lt;708400,700710,IF(IncAcct3&lt;710000,700840,0)))))))))"/>
                    <w:format w:val="0;0;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fldChar w:fldCharType="end"/>
            </w:r>
            <w:bookmarkEnd w:id="17"/>
          </w:p>
        </w:tc>
        <w:bookmarkStart w:id="18" w:name="Inc3"/>
        <w:tc>
          <w:tcPr>
            <w:tcW w:w="3523" w:type="dxa"/>
            <w:tcBorders>
              <w:top w:val="single" w:sz="4" w:space="0" w:color="CBD2DB"/>
              <w:left w:val="single" w:sz="4" w:space="0" w:color="CBD2DB"/>
              <w:bottom w:val="single" w:sz="4" w:space="0" w:color="CBD2DB"/>
              <w:right w:val="single" w:sz="4" w:space="0" w:color="CBD2DB"/>
            </w:tcBorders>
            <w:shd w:val="clear" w:color="auto" w:fill="FFFFFF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16295B81" w14:textId="77777777" w:rsidR="0051492C" w:rsidRDefault="00033113">
            <w:pPr>
              <w:widowControl w:val="0"/>
              <w:jc w:val="right"/>
            </w:pPr>
            <w:r>
              <w:rPr>
                <w:color w:val="253447"/>
                <w:sz w:val="17"/>
              </w:rPr>
              <w:fldChar w:fldCharType="begin">
                <w:ffData>
                  <w:name w:val="Inc3"/>
                  <w:enabled/>
                  <w:calcOnExit w:val="0"/>
                  <w:textInput>
                    <w:type w:val="calculated"/>
                    <w:default w:val="=Dec3"/>
                    <w:format w:val="#,##0.00"/>
                  </w:textInput>
                </w:ffData>
              </w:fldChar>
            </w:r>
            <w:r>
              <w:rPr>
                <w:color w:val="253447"/>
                <w:sz w:val="17"/>
              </w:rPr>
              <w:instrText xml:space="preserve"> FORMTEXT </w:instrText>
            </w:r>
            <w:r>
              <w:rPr>
                <w:color w:val="253447"/>
                <w:sz w:val="17"/>
              </w:rPr>
            </w:r>
            <w:r>
              <w:rPr>
                <w:color w:val="253447"/>
                <w:sz w:val="17"/>
              </w:rPr>
              <w:fldChar w:fldCharType="separate"/>
            </w:r>
            <w:r>
              <w:rPr>
                <w:color w:val="253447"/>
                <w:sz w:val="17"/>
              </w:rPr>
              <w:t>0.00</w:t>
            </w:r>
            <w:r>
              <w:rPr>
                <w:color w:val="253447"/>
                <w:sz w:val="17"/>
              </w:rPr>
              <w:fldChar w:fldCharType="end"/>
            </w:r>
            <w:bookmarkEnd w:id="18"/>
          </w:p>
        </w:tc>
      </w:tr>
      <w:tr w:rsidR="0051492C" w14:paraId="765C872C" w14:textId="77777777" w:rsidTr="005F02F6">
        <w:trPr>
          <w:cantSplit/>
          <w:trHeight w:val="446"/>
          <w:jc w:val="center"/>
        </w:trPr>
        <w:tc>
          <w:tcPr>
            <w:tcW w:w="7371" w:type="dxa"/>
            <w:gridSpan w:val="4"/>
            <w:tcBorders>
              <w:top w:val="single" w:sz="5" w:space="0" w:color="B9C7D8"/>
              <w:left w:val="single" w:sz="5" w:space="0" w:color="B9C7D8"/>
              <w:bottom w:val="single" w:sz="5" w:space="0" w:color="B9C7D8"/>
              <w:right w:val="single" w:sz="5" w:space="0" w:color="B9C7D8"/>
            </w:tcBorders>
            <w:shd w:val="clear" w:color="auto" w:fill="EAF0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EF263F9" w14:textId="77777777" w:rsidR="009C7657" w:rsidRDefault="00000000">
            <w:pPr>
              <w:jc w:val="right"/>
            </w:pPr>
            <w:r>
              <w:rPr>
                <w:b/>
                <w:color w:val="0B3A75"/>
                <w:sz w:val="16"/>
              </w:rPr>
              <w:t>TOTAL INCREASE</w:t>
            </w:r>
          </w:p>
        </w:tc>
        <w:bookmarkStart w:id="19" w:name="IncTotal"/>
        <w:tc>
          <w:tcPr>
            <w:tcW w:w="3523" w:type="dxa"/>
            <w:tcBorders>
              <w:top w:val="single" w:sz="5" w:space="0" w:color="B9C7D8"/>
              <w:left w:val="single" w:sz="5" w:space="0" w:color="B9C7D8"/>
              <w:bottom w:val="single" w:sz="5" w:space="0" w:color="B9C7D8"/>
              <w:right w:val="single" w:sz="5" w:space="0" w:color="B9C7D8"/>
            </w:tcBorders>
            <w:shd w:val="clear" w:color="auto" w:fill="EAF0F7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F202A8" w14:textId="77777777" w:rsidR="0051492C" w:rsidRDefault="00033113">
            <w:pPr>
              <w:widowControl w:val="0"/>
              <w:jc w:val="right"/>
            </w:pPr>
            <w:r>
              <w:rPr>
                <w:b/>
                <w:color w:val="0B3A75"/>
                <w:sz w:val="16"/>
              </w:rPr>
              <w:fldChar w:fldCharType="begin"/>
            </w:r>
            <w:r>
              <w:rPr>
                <w:b/>
                <w:color w:val="0B3A75"/>
                <w:sz w:val="16"/>
              </w:rPr>
              <w:instrText>=SUM(ABOVE) \# "$#,##0.00"</w:instrText>
            </w:r>
            <w:r>
              <w:rPr>
                <w:b/>
                <w:color w:val="0B3A75"/>
                <w:sz w:val="16"/>
              </w:rPr>
              <w:fldChar w:fldCharType="separate"/>
            </w:r>
            <w:r>
              <w:rPr>
                <w:b/>
                <w:color w:val="0B3A75"/>
                <w:sz w:val="16"/>
              </w:rPr>
              <w:t>$0.00</w:t>
            </w:r>
            <w:r>
              <w:rPr>
                <w:b/>
                <w:color w:val="0B3A75"/>
                <w:sz w:val="16"/>
              </w:rPr>
              <w:fldChar w:fldCharType="end"/>
            </w:r>
            <w:bookmarkEnd w:id="19"/>
          </w:p>
        </w:tc>
      </w:tr>
    </w:tbl>
    <w:p w14:paraId="56BAA043" w14:textId="35E3EEFA" w:rsidR="0051492C" w:rsidRPr="00827D5B" w:rsidRDefault="00827D5B">
      <w:pPr>
        <w:keepNext/>
        <w:keepLines/>
        <w:widowControl w:val="0"/>
        <w:spacing w:before="20" w:after="20"/>
        <w:rPr>
          <w:szCs w:val="18"/>
        </w:rPr>
      </w:pPr>
      <w:r>
        <w:rPr>
          <w:b/>
          <w:color w:val="0B3A75"/>
          <w:sz w:val="17"/>
        </w:rPr>
        <w:t xml:space="preserve">BUSINESS </w:t>
      </w:r>
      <w:r w:rsidR="004540E1">
        <w:rPr>
          <w:b/>
          <w:color w:val="0B3A75"/>
          <w:sz w:val="17"/>
        </w:rPr>
        <w:t>JUSTIFICATION</w:t>
      </w:r>
      <w:r w:rsidR="004540E1">
        <w:rPr>
          <w:color w:val="6C7480"/>
          <w:sz w:val="15"/>
        </w:rPr>
        <w:t xml:space="preserve"> </w:t>
      </w:r>
      <w:proofErr w:type="gramStart"/>
      <w:r w:rsidR="004540E1">
        <w:rPr>
          <w:color w:val="6C7480"/>
          <w:sz w:val="15"/>
        </w:rPr>
        <w:t>|</w:t>
      </w:r>
      <w:r>
        <w:rPr>
          <w:color w:val="6C7480"/>
          <w:sz w:val="15"/>
        </w:rPr>
        <w:t xml:space="preserve">  Briefly</w:t>
      </w:r>
      <w:proofErr w:type="gramEnd"/>
      <w:r>
        <w:rPr>
          <w:color w:val="6C7480"/>
          <w:sz w:val="15"/>
        </w:rPr>
        <w:t xml:space="preserve"> explain the business purpose for this transfer</w:t>
      </w:r>
      <w:r w:rsidR="005F02F6">
        <w:rPr>
          <w:color w:val="6C7480"/>
          <w:sz w:val="15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57"/>
      </w:tblGrid>
      <w:tr w:rsidR="0051492C" w14:paraId="1CEEFBD4" w14:textId="77777777" w:rsidTr="005F02F6">
        <w:trPr>
          <w:cantSplit/>
          <w:trHeight w:val="864"/>
          <w:jc w:val="center"/>
        </w:trPr>
        <w:tc>
          <w:tcPr>
            <w:tcW w:w="10957" w:type="dxa"/>
            <w:tcBorders>
              <w:top w:val="single" w:sz="5" w:space="0" w:color="BFC7D1"/>
              <w:left w:val="single" w:sz="5" w:space="0" w:color="BFC7D1"/>
              <w:bottom w:val="single" w:sz="5" w:space="0" w:color="BFC7D1"/>
              <w:right w:val="single" w:sz="5" w:space="0" w:color="BFC7D1"/>
            </w:tcBorders>
            <w:shd w:val="clear" w:color="auto" w:fill="FFFFFF"/>
            <w:tcMar>
              <w:top w:w="80" w:type="dxa"/>
              <w:left w:w="95" w:type="dxa"/>
              <w:bottom w:w="80" w:type="dxa"/>
              <w:right w:w="95" w:type="dxa"/>
            </w:tcMar>
            <w:vAlign w:val="center"/>
          </w:tcPr>
          <w:p w14:paraId="50A31F27" w14:textId="77777777" w:rsidR="0051492C" w:rsidRDefault="0051492C">
            <w:pPr>
              <w:widowControl w:val="0"/>
            </w:pPr>
          </w:p>
        </w:tc>
      </w:tr>
    </w:tbl>
    <w:p w14:paraId="4B081717" w14:textId="77777777" w:rsidR="0051492C" w:rsidRPr="00827D5B" w:rsidRDefault="00827D5B">
      <w:pPr>
        <w:keepNext/>
        <w:keepLines/>
        <w:widowControl w:val="0"/>
        <w:spacing w:before="20" w:after="20"/>
        <w:rPr>
          <w:szCs w:val="18"/>
        </w:rPr>
      </w:pPr>
      <w:r>
        <w:rPr>
          <w:b/>
          <w:color w:val="0B3A75"/>
          <w:sz w:val="16"/>
        </w:rPr>
        <w:t>BUDGET POOL REFERENCE</w:t>
      </w:r>
    </w:p>
    <w:tbl>
      <w:tblPr>
        <w:tblW w:w="11046" w:type="dxa"/>
        <w:jc w:val="center"/>
        <w:tblLayout w:type="fixed"/>
        <w:tblLook w:val="04A0" w:firstRow="1" w:lastRow="0" w:firstColumn="1" w:lastColumn="0" w:noHBand="0" w:noVBand="1"/>
      </w:tblPr>
      <w:tblGrid>
        <w:gridCol w:w="1254"/>
        <w:gridCol w:w="1992"/>
        <w:gridCol w:w="2339"/>
        <w:gridCol w:w="1443"/>
        <w:gridCol w:w="1992"/>
        <w:gridCol w:w="2026"/>
      </w:tblGrid>
      <w:tr w:rsidR="0051492C" w14:paraId="36498E7E" w14:textId="77777777" w:rsidTr="00731495">
        <w:trPr>
          <w:cantSplit/>
          <w:trHeight w:val="328"/>
          <w:jc w:val="center"/>
        </w:trPr>
        <w:tc>
          <w:tcPr>
            <w:tcW w:w="1254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0070C0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06AB1EA" w14:textId="77777777" w:rsidR="0051492C" w:rsidRDefault="00033113">
            <w:pPr>
              <w:widowControl w:val="0"/>
              <w:jc w:val="center"/>
            </w:pPr>
            <w:r>
              <w:rPr>
                <w:b/>
                <w:color w:val="FFFFFF"/>
                <w:sz w:val="13"/>
              </w:rPr>
              <w:t>Pool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0070C0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8381F58" w14:textId="77777777" w:rsidR="0051492C" w:rsidRDefault="00033113">
            <w:pPr>
              <w:widowControl w:val="0"/>
              <w:jc w:val="center"/>
            </w:pPr>
            <w:r>
              <w:rPr>
                <w:b/>
                <w:color w:val="FFFFFF"/>
                <w:sz w:val="13"/>
              </w:rPr>
              <w:t>Account Range</w:t>
            </w:r>
          </w:p>
        </w:tc>
        <w:tc>
          <w:tcPr>
            <w:tcW w:w="2339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0070C0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C175BCB" w14:textId="77777777" w:rsidR="0051492C" w:rsidRDefault="00033113">
            <w:pPr>
              <w:widowControl w:val="0"/>
              <w:jc w:val="center"/>
            </w:pPr>
            <w:r>
              <w:rPr>
                <w:b/>
                <w:color w:val="FFFFFF"/>
                <w:sz w:val="13"/>
              </w:rPr>
              <w:t>Category</w:t>
            </w:r>
          </w:p>
        </w:tc>
        <w:tc>
          <w:tcPr>
            <w:tcW w:w="1443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0070C0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7295902" w14:textId="77777777" w:rsidR="0051492C" w:rsidRDefault="00033113">
            <w:pPr>
              <w:widowControl w:val="0"/>
              <w:jc w:val="center"/>
            </w:pPr>
            <w:r>
              <w:rPr>
                <w:b/>
                <w:color w:val="FFFFFF"/>
                <w:sz w:val="13"/>
              </w:rPr>
              <w:t>Pool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0070C0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8486889" w14:textId="77777777" w:rsidR="0051492C" w:rsidRDefault="00033113">
            <w:pPr>
              <w:widowControl w:val="0"/>
              <w:jc w:val="center"/>
            </w:pPr>
            <w:r>
              <w:rPr>
                <w:b/>
                <w:color w:val="FFFFFF"/>
                <w:sz w:val="13"/>
              </w:rPr>
              <w:t>Account Range</w:t>
            </w:r>
          </w:p>
        </w:tc>
        <w:tc>
          <w:tcPr>
            <w:tcW w:w="2026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0070C0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1CDF1C33" w14:textId="77777777" w:rsidR="0051492C" w:rsidRDefault="00033113">
            <w:pPr>
              <w:widowControl w:val="0"/>
              <w:jc w:val="center"/>
            </w:pPr>
            <w:r>
              <w:rPr>
                <w:b/>
                <w:color w:val="FFFFFF"/>
                <w:sz w:val="13"/>
              </w:rPr>
              <w:t>Category</w:t>
            </w:r>
          </w:p>
        </w:tc>
      </w:tr>
      <w:tr w:rsidR="0051492C" w14:paraId="220D4B9D" w14:textId="77777777" w:rsidTr="00F1420B">
        <w:trPr>
          <w:cantSplit/>
          <w:trHeight w:val="372"/>
          <w:jc w:val="center"/>
        </w:trPr>
        <w:tc>
          <w:tcPr>
            <w:tcW w:w="1254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EEC59EE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700300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C42D75B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703000 - 703799</w:t>
            </w:r>
          </w:p>
        </w:tc>
        <w:tc>
          <w:tcPr>
            <w:tcW w:w="2339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B4C7401" w14:textId="77777777" w:rsidR="0051492C" w:rsidRPr="008E16FF" w:rsidRDefault="00033113">
            <w:pPr>
              <w:widowControl w:val="0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Supplies &amp; Materials</w:t>
            </w:r>
          </w:p>
        </w:tc>
        <w:tc>
          <w:tcPr>
            <w:tcW w:w="1443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F0B422D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700600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DF67CE9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706000 - 706999</w:t>
            </w:r>
          </w:p>
        </w:tc>
        <w:tc>
          <w:tcPr>
            <w:tcW w:w="2026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422B1D6" w14:textId="77777777" w:rsidR="0051492C" w:rsidRPr="008E16FF" w:rsidRDefault="00033113">
            <w:pPr>
              <w:widowControl w:val="0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Communication</w:t>
            </w:r>
          </w:p>
        </w:tc>
      </w:tr>
      <w:tr w:rsidR="0051492C" w14:paraId="612A3677" w14:textId="77777777" w:rsidTr="00F1420B">
        <w:trPr>
          <w:cantSplit/>
          <w:trHeight w:val="372"/>
          <w:jc w:val="center"/>
        </w:trPr>
        <w:tc>
          <w:tcPr>
            <w:tcW w:w="1254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31A9CF3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700380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F040B17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703800 - 703899</w:t>
            </w:r>
          </w:p>
        </w:tc>
        <w:tc>
          <w:tcPr>
            <w:tcW w:w="2339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92A5217" w14:textId="77777777" w:rsidR="0051492C" w:rsidRPr="008E16FF" w:rsidRDefault="00033113">
            <w:pPr>
              <w:widowControl w:val="0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Library Materials</w:t>
            </w:r>
          </w:p>
        </w:tc>
        <w:tc>
          <w:tcPr>
            <w:tcW w:w="1443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9C02F1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700700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7298F13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707000 - 707099</w:t>
            </w:r>
          </w:p>
        </w:tc>
        <w:tc>
          <w:tcPr>
            <w:tcW w:w="2026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062963C" w14:textId="77777777" w:rsidR="0051492C" w:rsidRPr="008E16FF" w:rsidRDefault="00033113">
            <w:pPr>
              <w:widowControl w:val="0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Utilities</w:t>
            </w:r>
          </w:p>
        </w:tc>
      </w:tr>
      <w:tr w:rsidR="0051492C" w14:paraId="228FAECE" w14:textId="77777777" w:rsidTr="00F1420B">
        <w:trPr>
          <w:cantSplit/>
          <w:trHeight w:val="372"/>
          <w:jc w:val="center"/>
        </w:trPr>
        <w:tc>
          <w:tcPr>
            <w:tcW w:w="1254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B7855B0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700390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427C1CBA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703900 - 704999</w:t>
            </w:r>
          </w:p>
        </w:tc>
        <w:tc>
          <w:tcPr>
            <w:tcW w:w="2339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2E66D29B" w14:textId="77777777" w:rsidR="009C7657" w:rsidRDefault="00000000">
            <w:r>
              <w:rPr>
                <w:color w:val="253447"/>
                <w:sz w:val="12"/>
              </w:rPr>
              <w:t>Property, Furniture &amp; Equipment</w:t>
            </w:r>
          </w:p>
        </w:tc>
        <w:tc>
          <w:tcPr>
            <w:tcW w:w="1443" w:type="dxa"/>
            <w:tcBorders>
              <w:top w:val="single" w:sz="3" w:space="0" w:color="C5CDD6"/>
              <w:left w:val="single" w:sz="24" w:space="0" w:color="auto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39AA3F47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700710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3" w:space="0" w:color="C5CDD6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34A5EC2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707100 - 708399</w:t>
            </w:r>
          </w:p>
        </w:tc>
        <w:tc>
          <w:tcPr>
            <w:tcW w:w="2026" w:type="dxa"/>
            <w:tcBorders>
              <w:top w:val="single" w:sz="3" w:space="0" w:color="C5CDD6"/>
              <w:left w:val="single" w:sz="3" w:space="0" w:color="C5CDD6"/>
              <w:bottom w:val="single" w:sz="3" w:space="0" w:color="C5CDD6"/>
              <w:right w:val="single" w:sz="24" w:space="0" w:color="auto"/>
            </w:tcBorders>
            <w:shd w:val="clear" w:color="auto" w:fill="FFFFFF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7221BC1" w14:textId="77777777" w:rsidR="0051492C" w:rsidRPr="008E16FF" w:rsidRDefault="00033113">
            <w:pPr>
              <w:widowControl w:val="0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Contractual Services</w:t>
            </w:r>
          </w:p>
        </w:tc>
      </w:tr>
      <w:tr w:rsidR="0051492C" w14:paraId="455CBAE8" w14:textId="77777777" w:rsidTr="00F1420B">
        <w:trPr>
          <w:cantSplit/>
          <w:trHeight w:val="372"/>
          <w:jc w:val="center"/>
        </w:trPr>
        <w:tc>
          <w:tcPr>
            <w:tcW w:w="1254" w:type="dxa"/>
            <w:tcBorders>
              <w:top w:val="single" w:sz="3" w:space="0" w:color="C5CDD6"/>
              <w:left w:val="single" w:sz="24" w:space="0" w:color="auto"/>
              <w:bottom w:val="single" w:sz="24" w:space="0" w:color="auto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D31D9B1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700500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24" w:space="0" w:color="auto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7C7958BA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705000 - 705999</w:t>
            </w:r>
          </w:p>
        </w:tc>
        <w:tc>
          <w:tcPr>
            <w:tcW w:w="2339" w:type="dxa"/>
            <w:tcBorders>
              <w:top w:val="single" w:sz="3" w:space="0" w:color="C5CDD6"/>
              <w:left w:val="single" w:sz="3" w:space="0" w:color="C5CDD6"/>
              <w:bottom w:val="single" w:sz="24" w:space="0" w:color="auto"/>
              <w:right w:val="single" w:sz="24" w:space="0" w:color="auto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64DDA78" w14:textId="77777777" w:rsidR="0051492C" w:rsidRPr="008E16FF" w:rsidRDefault="00033113">
            <w:pPr>
              <w:widowControl w:val="0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Travel</w:t>
            </w:r>
          </w:p>
        </w:tc>
        <w:tc>
          <w:tcPr>
            <w:tcW w:w="1443" w:type="dxa"/>
            <w:tcBorders>
              <w:top w:val="single" w:sz="3" w:space="0" w:color="C5CDD6"/>
              <w:left w:val="single" w:sz="24" w:space="0" w:color="auto"/>
              <w:bottom w:val="single" w:sz="24" w:space="0" w:color="auto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03C31406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b/>
                <w:color w:val="253447"/>
                <w:sz w:val="13"/>
                <w:szCs w:val="16"/>
              </w:rPr>
              <w:t>700840</w:t>
            </w:r>
          </w:p>
        </w:tc>
        <w:tc>
          <w:tcPr>
            <w:tcW w:w="1992" w:type="dxa"/>
            <w:tcBorders>
              <w:top w:val="single" w:sz="3" w:space="0" w:color="C5CDD6"/>
              <w:left w:val="single" w:sz="3" w:space="0" w:color="C5CDD6"/>
              <w:bottom w:val="single" w:sz="24" w:space="0" w:color="auto"/>
              <w:right w:val="single" w:sz="3" w:space="0" w:color="C5CDD6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6DE3E944" w14:textId="77777777" w:rsidR="0051492C" w:rsidRPr="008E16FF" w:rsidRDefault="00033113">
            <w:pPr>
              <w:widowControl w:val="0"/>
              <w:jc w:val="center"/>
              <w:rPr>
                <w:sz w:val="16"/>
                <w:szCs w:val="16"/>
              </w:rPr>
            </w:pPr>
            <w:r w:rsidRPr="008E16FF">
              <w:rPr>
                <w:color w:val="253447"/>
                <w:sz w:val="13"/>
                <w:szCs w:val="16"/>
              </w:rPr>
              <w:t>708400 - 709999</w:t>
            </w:r>
          </w:p>
        </w:tc>
        <w:tc>
          <w:tcPr>
            <w:tcW w:w="2026" w:type="dxa"/>
            <w:tcBorders>
              <w:top w:val="single" w:sz="3" w:space="0" w:color="C5CDD6"/>
              <w:left w:val="single" w:sz="3" w:space="0" w:color="C5CDD6"/>
              <w:bottom w:val="single" w:sz="24" w:space="0" w:color="auto"/>
              <w:right w:val="single" w:sz="24" w:space="0" w:color="auto"/>
            </w:tcBorders>
            <w:shd w:val="clear" w:color="auto" w:fill="F6F8FB"/>
            <w:tcMar>
              <w:top w:w="30" w:type="dxa"/>
              <w:left w:w="50" w:type="dxa"/>
              <w:bottom w:w="30" w:type="dxa"/>
              <w:right w:w="50" w:type="dxa"/>
            </w:tcMar>
            <w:vAlign w:val="center"/>
          </w:tcPr>
          <w:p w14:paraId="5B78D3A8" w14:textId="77777777" w:rsidR="009C7657" w:rsidRDefault="00000000">
            <w:r>
              <w:rPr>
                <w:color w:val="253447"/>
                <w:sz w:val="12"/>
              </w:rPr>
              <w:t>Other Current Expenses</w:t>
            </w:r>
          </w:p>
        </w:tc>
      </w:tr>
    </w:tbl>
    <w:p w14:paraId="117B3F2F" w14:textId="77777777" w:rsidR="00033113" w:rsidRDefault="00033113">
      <w:pPr>
        <w:keepLines/>
      </w:pPr>
    </w:p>
    <w:sectPr w:rsidR="00033113" w:rsidSect="00034616">
      <w:footerReference w:type="default" r:id="rId9"/>
      <w:pgSz w:w="12240" w:h="15840"/>
      <w:pgMar w:top="605" w:right="691" w:bottom="605" w:left="691" w:header="259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DE228" w14:textId="77777777" w:rsidR="00D34D79" w:rsidRDefault="00D34D79">
      <w:r>
        <w:separator/>
      </w:r>
    </w:p>
  </w:endnote>
  <w:endnote w:type="continuationSeparator" w:id="0">
    <w:p w14:paraId="219A1F80" w14:textId="77777777" w:rsidR="00D34D79" w:rsidRDefault="00D34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F745" w14:textId="77777777" w:rsidR="0051492C" w:rsidRDefault="00033113">
    <w:pPr>
      <w:pStyle w:val="Footer"/>
      <w:jc w:val="center"/>
    </w:pPr>
    <w:r>
      <w:rPr>
        <w:color w:val="8B939D"/>
        <w:sz w:val="12"/>
      </w:rPr>
      <w:t xml:space="preserve">Langston </w:t>
    </w:r>
    <w:proofErr w:type="gramStart"/>
    <w:r>
      <w:rPr>
        <w:color w:val="8B939D"/>
        <w:sz w:val="12"/>
      </w:rPr>
      <w:t>University  |</w:t>
    </w:r>
    <w:proofErr w:type="gramEnd"/>
    <w:r>
      <w:rPr>
        <w:color w:val="8B939D"/>
        <w:sz w:val="12"/>
      </w:rPr>
      <w:t xml:space="preserve">  Office of Fiscal &amp; Administrative </w:t>
    </w:r>
    <w:proofErr w:type="gramStart"/>
    <w:r>
      <w:rPr>
        <w:color w:val="8B939D"/>
        <w:sz w:val="12"/>
      </w:rPr>
      <w:t>Affairs  |</w:t>
    </w:r>
    <w:proofErr w:type="gramEnd"/>
    <w:r>
      <w:rPr>
        <w:color w:val="8B939D"/>
        <w:sz w:val="12"/>
      </w:rPr>
      <w:t xml:space="preserve">  Budget Line Transfer </w:t>
    </w:r>
    <w:proofErr w:type="gramStart"/>
    <w:r>
      <w:rPr>
        <w:color w:val="8B939D"/>
        <w:sz w:val="12"/>
      </w:rPr>
      <w:t>Request  |</w:t>
    </w:r>
    <w:proofErr w:type="gramEnd"/>
    <w:r>
      <w:rPr>
        <w:color w:val="8B939D"/>
        <w:sz w:val="12"/>
      </w:rPr>
      <w:t xml:space="preserve">  Rev. 09/2026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EF5B5" w14:textId="77777777" w:rsidR="00D34D79" w:rsidRDefault="00D34D79">
      <w:r>
        <w:separator/>
      </w:r>
    </w:p>
  </w:footnote>
  <w:footnote w:type="continuationSeparator" w:id="0">
    <w:p w14:paraId="298F3E4B" w14:textId="77777777" w:rsidR="00D34D79" w:rsidRDefault="00D34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139833">
    <w:abstractNumId w:val="8"/>
  </w:num>
  <w:num w:numId="2" w16cid:durableId="1022784942">
    <w:abstractNumId w:val="6"/>
  </w:num>
  <w:num w:numId="3" w16cid:durableId="1297418457">
    <w:abstractNumId w:val="5"/>
  </w:num>
  <w:num w:numId="4" w16cid:durableId="2044938254">
    <w:abstractNumId w:val="4"/>
  </w:num>
  <w:num w:numId="5" w16cid:durableId="281225705">
    <w:abstractNumId w:val="7"/>
  </w:num>
  <w:num w:numId="6" w16cid:durableId="521282434">
    <w:abstractNumId w:val="3"/>
  </w:num>
  <w:num w:numId="7" w16cid:durableId="788008372">
    <w:abstractNumId w:val="2"/>
  </w:num>
  <w:num w:numId="8" w16cid:durableId="976840472">
    <w:abstractNumId w:val="1"/>
  </w:num>
  <w:num w:numId="9" w16cid:durableId="987127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113"/>
    <w:rsid w:val="00034616"/>
    <w:rsid w:val="0006063C"/>
    <w:rsid w:val="0015074B"/>
    <w:rsid w:val="0029639D"/>
    <w:rsid w:val="002D4564"/>
    <w:rsid w:val="002E48A4"/>
    <w:rsid w:val="00315EAC"/>
    <w:rsid w:val="00326F90"/>
    <w:rsid w:val="004540E1"/>
    <w:rsid w:val="0051492C"/>
    <w:rsid w:val="00556FD1"/>
    <w:rsid w:val="005A3E3E"/>
    <w:rsid w:val="005F02F6"/>
    <w:rsid w:val="006D1255"/>
    <w:rsid w:val="00701F2E"/>
    <w:rsid w:val="00731495"/>
    <w:rsid w:val="00827D5B"/>
    <w:rsid w:val="008E16FF"/>
    <w:rsid w:val="009C7657"/>
    <w:rsid w:val="00AA1D8D"/>
    <w:rsid w:val="00AB3724"/>
    <w:rsid w:val="00B45190"/>
    <w:rsid w:val="00B47730"/>
    <w:rsid w:val="00CB0664"/>
    <w:rsid w:val="00CF2100"/>
    <w:rsid w:val="00D34D79"/>
    <w:rsid w:val="00F1420B"/>
    <w:rsid w:val="00F56A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C89733"/>
  <w14:defaultImageDpi w14:val="300"/>
  <w15:docId w15:val="{2B70B2C3-0191-42B4-BA36-0F3E9D310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McBride, Justin Sterling</cp:lastModifiedBy>
  <cp:revision>2</cp:revision>
  <cp:lastPrinted>2026-09-24T17:12:00Z</cp:lastPrinted>
  <dcterms:created xsi:type="dcterms:W3CDTF">2026-09-28T15:28:00Z</dcterms:created>
  <dcterms:modified xsi:type="dcterms:W3CDTF">2026-09-28T15:28:00Z</dcterms:modified>
  <cp:category/>
</cp:coreProperties>
</file>